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AC5E1" w14:textId="62DDB58B" w:rsidR="00C36BEA" w:rsidRPr="00657529" w:rsidRDefault="008D58C6" w:rsidP="00A1006E">
      <w:pPr>
        <w:pStyle w:val="Heading1"/>
        <w:spacing w:before="0" w:line="480" w:lineRule="auto"/>
        <w:jc w:val="center"/>
        <w:rPr>
          <w:rFonts w:ascii="Times New Roman" w:eastAsia="Times New Roman" w:hAnsi="Times New Roman" w:cs="Times New Roman"/>
          <w:b w:val="0"/>
          <w:bCs w:val="0"/>
          <w:color w:val="auto"/>
          <w:sz w:val="22"/>
          <w:szCs w:val="22"/>
        </w:rPr>
      </w:pPr>
      <w:r w:rsidRPr="021E1882">
        <w:rPr>
          <w:rFonts w:ascii="Times New Roman" w:eastAsia="Times New Roman" w:hAnsi="Times New Roman" w:cs="Times New Roman"/>
          <w:b w:val="0"/>
          <w:bCs w:val="0"/>
          <w:color w:val="auto"/>
          <w:sz w:val="22"/>
          <w:szCs w:val="22"/>
        </w:rPr>
        <w:t>MEMORANDUM OF UNDERSTANDING</w:t>
      </w:r>
    </w:p>
    <w:p w14:paraId="44D65049" w14:textId="42AE0EE9" w:rsidR="00C36BEA" w:rsidRPr="00657529" w:rsidRDefault="008D58C6" w:rsidP="00A1006E">
      <w:pPr>
        <w:pStyle w:val="Heading1"/>
        <w:spacing w:before="0" w:line="480" w:lineRule="auto"/>
        <w:jc w:val="center"/>
        <w:rPr>
          <w:rFonts w:ascii="Times New Roman" w:eastAsia="Times New Roman" w:hAnsi="Times New Roman" w:cs="Times New Roman"/>
          <w:b w:val="0"/>
          <w:bCs w:val="0"/>
          <w:color w:val="auto"/>
          <w:sz w:val="22"/>
          <w:szCs w:val="22"/>
        </w:rPr>
      </w:pPr>
      <w:r w:rsidRPr="021E1882">
        <w:rPr>
          <w:rFonts w:ascii="Times New Roman" w:eastAsia="Times New Roman" w:hAnsi="Times New Roman" w:cs="Times New Roman"/>
          <w:b w:val="0"/>
          <w:bCs w:val="0"/>
          <w:color w:val="auto"/>
          <w:sz w:val="22"/>
          <w:szCs w:val="22"/>
        </w:rPr>
        <w:t>BETWEEN</w:t>
      </w:r>
    </w:p>
    <w:p w14:paraId="6CD2CA9F" w14:textId="2A7EDFE1" w:rsidR="00C36BEA" w:rsidRPr="00657529" w:rsidRDefault="008D58C6" w:rsidP="00A1006E">
      <w:pPr>
        <w:pStyle w:val="Heading1"/>
        <w:spacing w:before="0" w:line="480" w:lineRule="auto"/>
        <w:jc w:val="center"/>
        <w:rPr>
          <w:rFonts w:ascii="Times New Roman" w:eastAsia="Times New Roman" w:hAnsi="Times New Roman" w:cs="Times New Roman"/>
          <w:b w:val="0"/>
          <w:bCs w:val="0"/>
          <w:color w:val="auto"/>
          <w:sz w:val="22"/>
          <w:szCs w:val="22"/>
        </w:rPr>
      </w:pPr>
      <w:r w:rsidRPr="021E1882">
        <w:rPr>
          <w:rFonts w:ascii="Times New Roman" w:eastAsia="Times New Roman" w:hAnsi="Times New Roman" w:cs="Times New Roman"/>
          <w:b w:val="0"/>
          <w:bCs w:val="0"/>
          <w:color w:val="auto"/>
          <w:sz w:val="22"/>
          <w:szCs w:val="22"/>
        </w:rPr>
        <w:t>THE OKLAHOMA HOME AND COMMUNITY EDUCATION, INC.</w:t>
      </w:r>
    </w:p>
    <w:p w14:paraId="6DB42840" w14:textId="605F8F68" w:rsidR="00C36BEA" w:rsidRPr="00657529" w:rsidRDefault="008D58C6" w:rsidP="00A1006E">
      <w:pPr>
        <w:pStyle w:val="Heading1"/>
        <w:spacing w:before="0" w:line="480" w:lineRule="auto"/>
        <w:jc w:val="center"/>
        <w:rPr>
          <w:rFonts w:ascii="Times New Roman" w:eastAsia="Times New Roman" w:hAnsi="Times New Roman" w:cs="Times New Roman"/>
          <w:b w:val="0"/>
          <w:bCs w:val="0"/>
          <w:color w:val="auto"/>
          <w:sz w:val="22"/>
          <w:szCs w:val="22"/>
        </w:rPr>
      </w:pPr>
      <w:r w:rsidRPr="021E1882">
        <w:rPr>
          <w:rFonts w:ascii="Times New Roman" w:eastAsia="Times New Roman" w:hAnsi="Times New Roman" w:cs="Times New Roman"/>
          <w:b w:val="0"/>
          <w:bCs w:val="0"/>
          <w:color w:val="auto"/>
          <w:sz w:val="22"/>
          <w:szCs w:val="22"/>
        </w:rPr>
        <w:t>AND</w:t>
      </w:r>
    </w:p>
    <w:p w14:paraId="33790E12" w14:textId="4D0D6C5C" w:rsidR="00C36BEA" w:rsidRPr="00657529" w:rsidRDefault="008D58C6" w:rsidP="00A1006E">
      <w:pPr>
        <w:pStyle w:val="Heading1"/>
        <w:spacing w:before="0" w:line="480" w:lineRule="auto"/>
        <w:jc w:val="center"/>
        <w:rPr>
          <w:rFonts w:ascii="Times New Roman" w:eastAsia="Times New Roman" w:hAnsi="Times New Roman" w:cs="Times New Roman"/>
          <w:b w:val="0"/>
          <w:bCs w:val="0"/>
          <w:color w:val="auto"/>
          <w:sz w:val="22"/>
          <w:szCs w:val="22"/>
        </w:rPr>
      </w:pPr>
      <w:r w:rsidRPr="021E1882">
        <w:rPr>
          <w:rFonts w:ascii="Times New Roman" w:eastAsia="Times New Roman" w:hAnsi="Times New Roman" w:cs="Times New Roman"/>
          <w:b w:val="0"/>
          <w:bCs w:val="0"/>
          <w:color w:val="auto"/>
          <w:sz w:val="22"/>
          <w:szCs w:val="22"/>
        </w:rPr>
        <w:t>THE OKLAHOMA COOPERATIVE EXTENSION SERVICE</w:t>
      </w:r>
    </w:p>
    <w:p w14:paraId="461D94E4" w14:textId="77777777" w:rsidR="00C36BEA" w:rsidRPr="00657529" w:rsidRDefault="008D58C6">
      <w:pPr>
        <w:rPr>
          <w:rFonts w:ascii="Times New Roman" w:hAnsi="Times New Roman" w:cs="Times New Roman"/>
        </w:rPr>
      </w:pPr>
      <w:r w:rsidRPr="00657529">
        <w:rPr>
          <w:rFonts w:ascii="Times New Roman" w:hAnsi="Times New Roman" w:cs="Times New Roman"/>
        </w:rPr>
        <w:t xml:space="preserve"> </w:t>
      </w:r>
    </w:p>
    <w:p w14:paraId="77E5CC30" w14:textId="77777777" w:rsidR="00C36BEA" w:rsidRPr="00657529" w:rsidRDefault="008D58C6">
      <w:pPr>
        <w:rPr>
          <w:rFonts w:ascii="Times New Roman" w:hAnsi="Times New Roman" w:cs="Times New Roman"/>
        </w:rPr>
      </w:pPr>
      <w:r w:rsidRPr="00657529">
        <w:rPr>
          <w:rFonts w:ascii="Times New Roman" w:hAnsi="Times New Roman" w:cs="Times New Roman"/>
        </w:rPr>
        <w:t xml:space="preserve"> </w:t>
      </w:r>
    </w:p>
    <w:p w14:paraId="45D733B7" w14:textId="102A72BB" w:rsidR="00C36BEA" w:rsidRPr="00657529" w:rsidRDefault="008D58C6">
      <w:pPr>
        <w:rPr>
          <w:rFonts w:ascii="Times New Roman" w:hAnsi="Times New Roman" w:cs="Times New Roman"/>
          <w:b/>
          <w:bCs/>
          <w:u w:val="single"/>
        </w:rPr>
      </w:pPr>
      <w:r w:rsidRPr="00657529">
        <w:rPr>
          <w:rFonts w:ascii="Times New Roman" w:hAnsi="Times New Roman" w:cs="Times New Roman"/>
          <w:b/>
          <w:bCs/>
          <w:u w:val="single"/>
        </w:rPr>
        <w:t>Introduction</w:t>
      </w:r>
    </w:p>
    <w:p w14:paraId="39C0E81F" w14:textId="050046C5" w:rsidR="00C36BEA" w:rsidRPr="00657529" w:rsidRDefault="008D58C6">
      <w:pPr>
        <w:rPr>
          <w:rFonts w:ascii="Times New Roman" w:hAnsi="Times New Roman" w:cs="Times New Roman"/>
        </w:rPr>
      </w:pPr>
      <w:r w:rsidRPr="00657529">
        <w:rPr>
          <w:rFonts w:ascii="Times New Roman" w:hAnsi="Times New Roman" w:cs="Times New Roman"/>
        </w:rPr>
        <w:t>This memorandum clarifies the appropriate roles and working relationship between the Oklahoma</w:t>
      </w:r>
      <w:r w:rsidR="00BC61E7" w:rsidRPr="00657529">
        <w:rPr>
          <w:rFonts w:ascii="Times New Roman" w:hAnsi="Times New Roman" w:cs="Times New Roman"/>
        </w:rPr>
        <w:t xml:space="preserve">. </w:t>
      </w:r>
      <w:r w:rsidRPr="00657529">
        <w:rPr>
          <w:rFonts w:ascii="Times New Roman" w:hAnsi="Times New Roman" w:cs="Times New Roman"/>
        </w:rPr>
        <w:t>Cooperative Extension Service (</w:t>
      </w:r>
      <w:r w:rsidR="00BC61E7" w:rsidRPr="00657529">
        <w:rPr>
          <w:rFonts w:ascii="Times New Roman" w:hAnsi="Times New Roman" w:cs="Times New Roman"/>
        </w:rPr>
        <w:t>OCES) and</w:t>
      </w:r>
      <w:r w:rsidRPr="00657529">
        <w:rPr>
          <w:rFonts w:ascii="Times New Roman" w:hAnsi="Times New Roman" w:cs="Times New Roman"/>
        </w:rPr>
        <w:t xml:space="preserve"> the Oklahoma Home and Community Education, Inc. (OHCE). The guidelines are expected to set the </w:t>
      </w:r>
      <w:r w:rsidR="00BC61E7" w:rsidRPr="00657529">
        <w:rPr>
          <w:rFonts w:ascii="Times New Roman" w:hAnsi="Times New Roman" w:cs="Times New Roman"/>
        </w:rPr>
        <w:t>framework for</w:t>
      </w:r>
      <w:r w:rsidRPr="00657529">
        <w:rPr>
          <w:rFonts w:ascii="Times New Roman" w:hAnsi="Times New Roman" w:cs="Times New Roman"/>
        </w:rPr>
        <w:t xml:space="preserve"> continuing mutually beneficial interaction between OCES and </w:t>
      </w:r>
      <w:r w:rsidR="00BC61E7" w:rsidRPr="00657529">
        <w:rPr>
          <w:rFonts w:ascii="Times New Roman" w:hAnsi="Times New Roman" w:cs="Times New Roman"/>
        </w:rPr>
        <w:t>OHCE in</w:t>
      </w:r>
      <w:r w:rsidRPr="00657529">
        <w:rPr>
          <w:rFonts w:ascii="Times New Roman" w:hAnsi="Times New Roman" w:cs="Times New Roman"/>
        </w:rPr>
        <w:t xml:space="preserve"> districts and counties.</w:t>
      </w:r>
    </w:p>
    <w:p w14:paraId="3895AF93" w14:textId="75573C48" w:rsidR="00C36BEA" w:rsidRPr="00657529" w:rsidRDefault="008D58C6">
      <w:pPr>
        <w:rPr>
          <w:rFonts w:ascii="Times New Roman" w:hAnsi="Times New Roman" w:cs="Times New Roman"/>
          <w:b/>
          <w:bCs/>
        </w:rPr>
      </w:pPr>
      <w:r w:rsidRPr="00657529">
        <w:rPr>
          <w:rFonts w:ascii="Times New Roman" w:hAnsi="Times New Roman" w:cs="Times New Roman"/>
          <w:b/>
          <w:bCs/>
        </w:rPr>
        <w:t>Purpose of Oklahoma Cooperative Extension Service</w:t>
      </w:r>
    </w:p>
    <w:p w14:paraId="54AF270F" w14:textId="5728C9E8" w:rsidR="00C36BEA" w:rsidRPr="00657529" w:rsidRDefault="008D58C6">
      <w:pPr>
        <w:rPr>
          <w:rFonts w:ascii="Times New Roman" w:hAnsi="Times New Roman" w:cs="Times New Roman"/>
        </w:rPr>
      </w:pPr>
      <w:r w:rsidRPr="00657529">
        <w:rPr>
          <w:rFonts w:ascii="Times New Roman" w:hAnsi="Times New Roman" w:cs="Times New Roman"/>
        </w:rPr>
        <w:t>OCES, an agency in the Division of Agricultural Sciences and Natural Resources at Oklahoma State University was authorized by federal legislation (The Smith -Lever Act of 1914) to establish a formal partnership among the U.S. Department of Agriculture, State, and County Governments for the conduct of Cooperative Extension education.</w:t>
      </w:r>
      <w:r w:rsidR="0097038C" w:rsidRPr="00657529">
        <w:rPr>
          <w:rFonts w:ascii="Times New Roman" w:hAnsi="Times New Roman" w:cs="Times New Roman"/>
        </w:rPr>
        <w:t xml:space="preserve"> </w:t>
      </w:r>
      <w:r w:rsidRPr="00657529">
        <w:rPr>
          <w:rFonts w:ascii="Times New Roman" w:hAnsi="Times New Roman" w:cs="Times New Roman"/>
        </w:rPr>
        <w:t>OCES</w:t>
      </w:r>
      <w:r w:rsidR="0097038C" w:rsidRPr="00657529">
        <w:rPr>
          <w:rFonts w:ascii="Times New Roman" w:hAnsi="Times New Roman" w:cs="Times New Roman"/>
        </w:rPr>
        <w:t xml:space="preserve"> </w:t>
      </w:r>
      <w:r w:rsidRPr="00657529">
        <w:rPr>
          <w:rFonts w:ascii="Times New Roman" w:hAnsi="Times New Roman" w:cs="Times New Roman"/>
        </w:rPr>
        <w:t>provides education and research-based information to help Oklahomans solve problems and develop skills related to youth, family, agriculture</w:t>
      </w:r>
      <w:r w:rsidR="42C90E18" w:rsidRPr="00657529">
        <w:rPr>
          <w:rFonts w:ascii="Times New Roman" w:hAnsi="Times New Roman" w:cs="Times New Roman"/>
        </w:rPr>
        <w:t>,</w:t>
      </w:r>
      <w:r w:rsidRPr="00657529">
        <w:rPr>
          <w:rFonts w:ascii="Times New Roman" w:hAnsi="Times New Roman" w:cs="Times New Roman"/>
        </w:rPr>
        <w:t xml:space="preserve"> and community.</w:t>
      </w:r>
    </w:p>
    <w:p w14:paraId="5E7A4F73" w14:textId="55BD1C68" w:rsidR="00C36BEA" w:rsidRPr="00657529" w:rsidRDefault="008D58C6">
      <w:pPr>
        <w:rPr>
          <w:rFonts w:ascii="Times New Roman" w:hAnsi="Times New Roman" w:cs="Times New Roman"/>
          <w:b/>
          <w:bCs/>
        </w:rPr>
      </w:pPr>
      <w:r w:rsidRPr="00657529">
        <w:rPr>
          <w:rFonts w:ascii="Times New Roman" w:hAnsi="Times New Roman" w:cs="Times New Roman"/>
          <w:b/>
          <w:bCs/>
        </w:rPr>
        <w:t>Purpose of Oklahoma Home and Community Education, Inc.</w:t>
      </w:r>
    </w:p>
    <w:p w14:paraId="12C159E8" w14:textId="71410FA9" w:rsidR="00677EAE" w:rsidRPr="00657529" w:rsidRDefault="008D58C6">
      <w:pPr>
        <w:rPr>
          <w:rFonts w:ascii="Times New Roman" w:hAnsi="Times New Roman" w:cs="Times New Roman"/>
        </w:rPr>
      </w:pPr>
      <w:r w:rsidRPr="00657529">
        <w:rPr>
          <w:rFonts w:ascii="Times New Roman" w:hAnsi="Times New Roman" w:cs="Times New Roman"/>
        </w:rPr>
        <w:t xml:space="preserve">The major goal of </w:t>
      </w:r>
      <w:r w:rsidR="003643FE" w:rsidRPr="00657529">
        <w:rPr>
          <w:rFonts w:ascii="Times New Roman" w:hAnsi="Times New Roman" w:cs="Times New Roman"/>
        </w:rPr>
        <w:t>OHCE is</w:t>
      </w:r>
      <w:r w:rsidRPr="00657529">
        <w:rPr>
          <w:rFonts w:ascii="Times New Roman" w:hAnsi="Times New Roman" w:cs="Times New Roman"/>
        </w:rPr>
        <w:t xml:space="preserve"> education. Through programs in </w:t>
      </w:r>
      <w:r w:rsidR="003643FE" w:rsidRPr="00657529">
        <w:rPr>
          <w:rFonts w:ascii="Times New Roman" w:hAnsi="Times New Roman" w:cs="Times New Roman"/>
        </w:rPr>
        <w:t>Family and</w:t>
      </w:r>
      <w:r w:rsidRPr="00657529">
        <w:rPr>
          <w:rFonts w:ascii="Times New Roman" w:hAnsi="Times New Roman" w:cs="Times New Roman"/>
        </w:rPr>
        <w:t xml:space="preserve"> Consumer Sciences (FCS) and related fields, OHCE members strive to gain knowledge and develop skills to help improve the quality of life for Oklahoma family members.</w:t>
      </w:r>
    </w:p>
    <w:p w14:paraId="6062D6D7" w14:textId="77777777" w:rsidR="00677EAE" w:rsidRPr="00657529" w:rsidRDefault="00677EAE">
      <w:pPr>
        <w:rPr>
          <w:rFonts w:ascii="Times New Roman" w:hAnsi="Times New Roman" w:cs="Times New Roman"/>
          <w:b/>
          <w:bCs/>
        </w:rPr>
        <w:sectPr w:rsidR="00677EAE" w:rsidRPr="00657529" w:rsidSect="00677EAE">
          <w:footerReference w:type="even" r:id="rId11"/>
          <w:footerReference w:type="default" r:id="rId12"/>
          <w:type w:val="continuous"/>
          <w:pgSz w:w="12240" w:h="15840"/>
          <w:pgMar w:top="1440" w:right="1440" w:bottom="1440" w:left="1440" w:header="720" w:footer="720" w:gutter="0"/>
          <w:cols w:sep="1" w:space="720"/>
          <w:docGrid w:linePitch="360"/>
        </w:sectPr>
      </w:pPr>
    </w:p>
    <w:p w14:paraId="52C5AA8F" w14:textId="7050E08C" w:rsidR="00C36BEA" w:rsidRPr="00657529" w:rsidRDefault="008D58C6">
      <w:pPr>
        <w:rPr>
          <w:rFonts w:ascii="Times New Roman" w:hAnsi="Times New Roman" w:cs="Times New Roman"/>
          <w:b/>
          <w:bCs/>
        </w:rPr>
      </w:pPr>
      <w:r w:rsidRPr="00657529">
        <w:rPr>
          <w:rFonts w:ascii="Times New Roman" w:hAnsi="Times New Roman" w:cs="Times New Roman"/>
          <w:b/>
          <w:bCs/>
        </w:rPr>
        <w:lastRenderedPageBreak/>
        <w:t>Nature of the Oklahoma Home and Community Education, Inc.</w:t>
      </w:r>
    </w:p>
    <w:p w14:paraId="0D69CB70" w14:textId="7EEEBDE1" w:rsidR="0C380780" w:rsidRPr="00657529" w:rsidRDefault="008D58C6" w:rsidP="141F56C1">
      <w:pPr>
        <w:rPr>
          <w:rFonts w:ascii="Times New Roman" w:hAnsi="Times New Roman" w:cs="Times New Roman"/>
        </w:rPr>
      </w:pPr>
      <w:r w:rsidRPr="00657529">
        <w:rPr>
          <w:rFonts w:ascii="Times New Roman" w:hAnsi="Times New Roman" w:cs="Times New Roman"/>
        </w:rPr>
        <w:t>OHCE is a non-profit organization of approximately 3,000 people who participate in organized Extension programs throughout the state.</w:t>
      </w:r>
      <w:r w:rsidR="0097038C" w:rsidRPr="00657529">
        <w:rPr>
          <w:rFonts w:ascii="Times New Roman" w:hAnsi="Times New Roman" w:cs="Times New Roman"/>
        </w:rPr>
        <w:t xml:space="preserve"> </w:t>
      </w:r>
      <w:r w:rsidRPr="00657529">
        <w:rPr>
          <w:rFonts w:ascii="Times New Roman" w:hAnsi="Times New Roman" w:cs="Times New Roman"/>
        </w:rPr>
        <w:t>Its membership is open to all people.</w:t>
      </w:r>
      <w:r w:rsidR="00D32EA9" w:rsidRPr="00657529">
        <w:rPr>
          <w:rFonts w:ascii="Times New Roman" w:hAnsi="Times New Roman" w:cs="Times New Roman"/>
        </w:rPr>
        <w:t xml:space="preserve"> </w:t>
      </w:r>
      <w:r w:rsidR="00D32EA9" w:rsidRPr="00657529">
        <w:rPr>
          <w:rFonts w:ascii="Times New Roman" w:hAnsi="Times New Roman" w:cs="Times New Roman"/>
          <w:color w:val="000000" w:themeColor="text1"/>
        </w:rPr>
        <w:t>OHCE adopts the current OSU Extension EEO statement</w:t>
      </w:r>
      <w:r w:rsidR="0072555B">
        <w:rPr>
          <w:rFonts w:ascii="Times New Roman" w:hAnsi="Times New Roman" w:cs="Times New Roman"/>
          <w:color w:val="000000" w:themeColor="text1"/>
        </w:rPr>
        <w:t xml:space="preserve">, per </w:t>
      </w:r>
      <w:r w:rsidR="002267F0">
        <w:rPr>
          <w:rFonts w:ascii="Times New Roman" w:hAnsi="Times New Roman" w:cs="Times New Roman"/>
          <w:color w:val="000000" w:themeColor="text1"/>
        </w:rPr>
        <w:t xml:space="preserve">Federal law. </w:t>
      </w:r>
      <w:r w:rsidR="0C380780" w:rsidRPr="00657529">
        <w:rPr>
          <w:rFonts w:ascii="Times New Roman" w:hAnsi="Times New Roman" w:cs="Times New Roman"/>
          <w:color w:val="000000" w:themeColor="text1"/>
        </w:rPr>
        <w:t>The current statement is located at https://hr.okstate.edu/equal-opportunity/.</w:t>
      </w:r>
    </w:p>
    <w:p w14:paraId="785B80AC" w14:textId="7EAF72AB" w:rsidR="00C36BEA" w:rsidRPr="00657529" w:rsidRDefault="008D58C6">
      <w:pPr>
        <w:rPr>
          <w:rFonts w:ascii="Times New Roman" w:hAnsi="Times New Roman" w:cs="Times New Roman"/>
        </w:rPr>
      </w:pPr>
      <w:r w:rsidRPr="00657529">
        <w:rPr>
          <w:rFonts w:ascii="Times New Roman" w:hAnsi="Times New Roman" w:cs="Times New Roman"/>
        </w:rPr>
        <w:t>OHCE's bylaws declare that the organization is an educational organization that encourages adult education in FCS through OCES</w:t>
      </w:r>
      <w:r w:rsidR="003643FE" w:rsidRPr="00657529">
        <w:rPr>
          <w:rFonts w:ascii="Times New Roman" w:hAnsi="Times New Roman" w:cs="Times New Roman"/>
        </w:rPr>
        <w:t>.</w:t>
      </w:r>
    </w:p>
    <w:p w14:paraId="69643E98" w14:textId="14D3FD26" w:rsidR="00C36BEA" w:rsidRPr="00657529" w:rsidRDefault="008D58C6">
      <w:pPr>
        <w:rPr>
          <w:rFonts w:ascii="Times New Roman" w:hAnsi="Times New Roman" w:cs="Times New Roman"/>
        </w:rPr>
      </w:pPr>
      <w:r w:rsidRPr="00657529">
        <w:rPr>
          <w:rFonts w:ascii="Times New Roman" w:hAnsi="Times New Roman" w:cs="Times New Roman"/>
        </w:rPr>
        <w:t xml:space="preserve">Since its formal organization in 1935, OHCE has had a close relationship with </w:t>
      </w:r>
      <w:r w:rsidR="00677EAE" w:rsidRPr="00657529">
        <w:rPr>
          <w:rFonts w:ascii="Times New Roman" w:hAnsi="Times New Roman" w:cs="Times New Roman"/>
        </w:rPr>
        <w:t>OSU</w:t>
      </w:r>
      <w:r w:rsidR="003643FE" w:rsidRPr="00657529">
        <w:rPr>
          <w:rFonts w:ascii="Times New Roman" w:hAnsi="Times New Roman" w:cs="Times New Roman"/>
        </w:rPr>
        <w:t xml:space="preserve"> </w:t>
      </w:r>
      <w:r w:rsidRPr="00657529">
        <w:rPr>
          <w:rFonts w:ascii="Times New Roman" w:hAnsi="Times New Roman" w:cs="Times New Roman"/>
        </w:rPr>
        <w:t>on three levels.</w:t>
      </w:r>
      <w:r w:rsidR="0097038C" w:rsidRPr="00657529">
        <w:rPr>
          <w:rFonts w:ascii="Times New Roman" w:hAnsi="Times New Roman" w:cs="Times New Roman"/>
        </w:rPr>
        <w:t xml:space="preserve"> </w:t>
      </w:r>
    </w:p>
    <w:p w14:paraId="5B39F916" w14:textId="0FA4C954" w:rsidR="003643FE" w:rsidRPr="00657529" w:rsidRDefault="008D58C6" w:rsidP="003643FE">
      <w:pPr>
        <w:pStyle w:val="ListParagraph"/>
        <w:numPr>
          <w:ilvl w:val="0"/>
          <w:numId w:val="10"/>
        </w:numPr>
        <w:rPr>
          <w:rFonts w:ascii="Times New Roman" w:hAnsi="Times New Roman" w:cs="Times New Roman"/>
        </w:rPr>
      </w:pPr>
      <w:r w:rsidRPr="00657529">
        <w:rPr>
          <w:rFonts w:ascii="Times New Roman" w:hAnsi="Times New Roman" w:cs="Times New Roman"/>
        </w:rPr>
        <w:t xml:space="preserve">The Assistant Director, OCES/FCS Program Leader and Associate Dean, College of Education and Human Sciences serves as advisor to OHCE </w:t>
      </w:r>
      <w:r w:rsidR="003643FE" w:rsidRPr="00657529">
        <w:rPr>
          <w:rFonts w:ascii="Times New Roman" w:hAnsi="Times New Roman" w:cs="Times New Roman"/>
        </w:rPr>
        <w:t>State Executive</w:t>
      </w:r>
      <w:r w:rsidRPr="00657529">
        <w:rPr>
          <w:rFonts w:ascii="Times New Roman" w:hAnsi="Times New Roman" w:cs="Times New Roman"/>
        </w:rPr>
        <w:t xml:space="preserve"> Committee and Committee Chairpersons of OHCE in planning, implementing and evaluating state programs.</w:t>
      </w:r>
      <w:r w:rsidR="0097038C" w:rsidRPr="00657529">
        <w:rPr>
          <w:rFonts w:ascii="Times New Roman" w:hAnsi="Times New Roman" w:cs="Times New Roman"/>
        </w:rPr>
        <w:t xml:space="preserve"> </w:t>
      </w:r>
      <w:r w:rsidRPr="00657529">
        <w:rPr>
          <w:rFonts w:ascii="Times New Roman" w:hAnsi="Times New Roman" w:cs="Times New Roman"/>
        </w:rPr>
        <w:t xml:space="preserve">The advisor serves as a liaison for OHCE and </w:t>
      </w:r>
      <w:r w:rsidR="003643FE" w:rsidRPr="00657529">
        <w:rPr>
          <w:rFonts w:ascii="Times New Roman" w:hAnsi="Times New Roman" w:cs="Times New Roman"/>
        </w:rPr>
        <w:t>OCES Staff</w:t>
      </w:r>
      <w:r w:rsidRPr="00657529">
        <w:rPr>
          <w:rFonts w:ascii="Times New Roman" w:hAnsi="Times New Roman" w:cs="Times New Roman"/>
        </w:rPr>
        <w:t>.</w:t>
      </w:r>
    </w:p>
    <w:p w14:paraId="50D67FEE" w14:textId="55D34788" w:rsidR="003643FE" w:rsidRPr="00657529" w:rsidRDefault="008D58C6" w:rsidP="003643FE">
      <w:pPr>
        <w:pStyle w:val="ListParagraph"/>
        <w:numPr>
          <w:ilvl w:val="0"/>
          <w:numId w:val="10"/>
        </w:numPr>
        <w:rPr>
          <w:rFonts w:ascii="Times New Roman" w:hAnsi="Times New Roman" w:cs="Times New Roman"/>
        </w:rPr>
      </w:pPr>
      <w:r w:rsidRPr="00657529">
        <w:rPr>
          <w:rFonts w:ascii="Times New Roman" w:hAnsi="Times New Roman" w:cs="Times New Roman"/>
        </w:rPr>
        <w:t xml:space="preserve">The OCES District Program Specialists, </w:t>
      </w:r>
      <w:r w:rsidR="003643FE" w:rsidRPr="00657529">
        <w:rPr>
          <w:rFonts w:ascii="Times New Roman" w:hAnsi="Times New Roman" w:cs="Times New Roman"/>
        </w:rPr>
        <w:t>FCS,</w:t>
      </w:r>
      <w:r w:rsidRPr="00657529">
        <w:rPr>
          <w:rFonts w:ascii="Times New Roman" w:hAnsi="Times New Roman" w:cs="Times New Roman"/>
        </w:rPr>
        <w:t xml:space="preserve"> provide leadership to FCS County Educators to develop educational programs; and serve as an advisor to District OHCE Representatives in planning, implementing and evaluating district programs.</w:t>
      </w:r>
    </w:p>
    <w:p w14:paraId="38718C5C" w14:textId="6D47BBF0" w:rsidR="00677EAE" w:rsidRPr="00657529" w:rsidRDefault="008D58C6" w:rsidP="00677EAE">
      <w:pPr>
        <w:pStyle w:val="ListParagraph"/>
        <w:numPr>
          <w:ilvl w:val="0"/>
          <w:numId w:val="10"/>
        </w:numPr>
        <w:rPr>
          <w:rFonts w:ascii="Times New Roman" w:hAnsi="Times New Roman" w:cs="Times New Roman"/>
        </w:rPr>
      </w:pPr>
      <w:r w:rsidRPr="00657529">
        <w:rPr>
          <w:rFonts w:ascii="Times New Roman" w:hAnsi="Times New Roman" w:cs="Times New Roman"/>
        </w:rPr>
        <w:t xml:space="preserve">The OCES County Educator, FCS, serves as an educational resource and advisor to the County organization in planning, implementing and evaluating county programs. </w:t>
      </w:r>
      <w:r w:rsidR="003643FE" w:rsidRPr="00657529">
        <w:rPr>
          <w:rFonts w:ascii="Times New Roman" w:hAnsi="Times New Roman" w:cs="Times New Roman"/>
        </w:rPr>
        <w:t>FCS educators</w:t>
      </w:r>
      <w:r w:rsidRPr="00657529">
        <w:rPr>
          <w:rFonts w:ascii="Times New Roman" w:hAnsi="Times New Roman" w:cs="Times New Roman"/>
        </w:rPr>
        <w:t xml:space="preserve"> are encouraged to further the development of OHCE groups and educational lessons as one part of the overall OCES </w:t>
      </w:r>
      <w:r w:rsidR="003643FE" w:rsidRPr="00657529">
        <w:rPr>
          <w:rFonts w:ascii="Times New Roman" w:hAnsi="Times New Roman" w:cs="Times New Roman"/>
        </w:rPr>
        <w:t>FCS Program</w:t>
      </w:r>
      <w:r w:rsidR="000C658E" w:rsidRPr="00657529">
        <w:rPr>
          <w:rFonts w:ascii="Times New Roman" w:hAnsi="Times New Roman" w:cs="Times New Roman"/>
        </w:rPr>
        <w:t>.</w:t>
      </w:r>
    </w:p>
    <w:p w14:paraId="57B71A3F" w14:textId="2676D90D" w:rsidR="00677EAE" w:rsidRPr="00657529" w:rsidRDefault="008D58C6" w:rsidP="00677EAE">
      <w:pPr>
        <w:ind w:left="360"/>
        <w:rPr>
          <w:rFonts w:ascii="Times New Roman" w:hAnsi="Times New Roman" w:cs="Times New Roman"/>
        </w:rPr>
        <w:sectPr w:rsidR="00677EAE" w:rsidRPr="00657529" w:rsidSect="00677EAE">
          <w:pgSz w:w="12240" w:h="15840"/>
          <w:pgMar w:top="1440" w:right="1440" w:bottom="1440" w:left="1440" w:header="720" w:footer="720" w:gutter="0"/>
          <w:cols w:sep="1" w:space="720"/>
          <w:docGrid w:linePitch="360"/>
        </w:sectPr>
      </w:pPr>
      <w:r w:rsidRPr="00657529">
        <w:rPr>
          <w:rFonts w:ascii="Times New Roman" w:hAnsi="Times New Roman" w:cs="Times New Roman"/>
        </w:rPr>
        <w:t>.</w:t>
      </w:r>
    </w:p>
    <w:p w14:paraId="6490C534" w14:textId="77777777" w:rsidR="00B15750" w:rsidRPr="00657529" w:rsidRDefault="00B15750" w:rsidP="00677EAE">
      <w:pPr>
        <w:pStyle w:val="ListParagraph"/>
        <w:jc w:val="center"/>
        <w:rPr>
          <w:rFonts w:ascii="Times New Roman" w:hAnsi="Times New Roman" w:cs="Times New Roman"/>
          <w:b/>
          <w:bCs/>
        </w:rPr>
        <w:sectPr w:rsidR="00B15750" w:rsidRPr="00657529" w:rsidSect="00677EAE">
          <w:type w:val="continuous"/>
          <w:pgSz w:w="12240" w:h="15840"/>
          <w:pgMar w:top="720" w:right="720" w:bottom="720" w:left="720" w:header="720" w:footer="720" w:gutter="0"/>
          <w:cols w:space="720"/>
          <w:docGrid w:linePitch="360"/>
        </w:sectPr>
      </w:pPr>
    </w:p>
    <w:p w14:paraId="4FF77334" w14:textId="74F6CB9D" w:rsidR="00677EAE" w:rsidRPr="00657529" w:rsidRDefault="008D58C6" w:rsidP="00677EAE">
      <w:pPr>
        <w:pStyle w:val="ListParagraph"/>
        <w:jc w:val="center"/>
        <w:rPr>
          <w:rFonts w:ascii="Times New Roman" w:hAnsi="Times New Roman" w:cs="Times New Roman"/>
        </w:rPr>
      </w:pPr>
      <w:r w:rsidRPr="00657529">
        <w:rPr>
          <w:rFonts w:ascii="Times New Roman" w:hAnsi="Times New Roman" w:cs="Times New Roman"/>
          <w:b/>
          <w:bCs/>
        </w:rPr>
        <w:lastRenderedPageBreak/>
        <w:t>A. GENERAL ORGANIZATIONAL MANAGEMENT AND MEMBERSHI</w:t>
      </w:r>
      <w:r w:rsidR="00D3004F" w:rsidRPr="00657529">
        <w:rPr>
          <w:rFonts w:ascii="Times New Roman" w:hAnsi="Times New Roman" w:cs="Times New Roman"/>
          <w:b/>
          <w:bCs/>
        </w:rPr>
        <w:t>P</w:t>
      </w:r>
    </w:p>
    <w:tbl>
      <w:tblPr>
        <w:tblStyle w:val="TableGrid"/>
        <w:tblW w:w="11034" w:type="dxa"/>
        <w:tblCellMar>
          <w:top w:w="115" w:type="dxa"/>
          <w:bottom w:w="115" w:type="dxa"/>
        </w:tblCellMar>
        <w:tblLook w:val="04A0" w:firstRow="1" w:lastRow="0" w:firstColumn="1" w:lastColumn="0" w:noHBand="0" w:noVBand="1"/>
      </w:tblPr>
      <w:tblGrid>
        <w:gridCol w:w="558"/>
        <w:gridCol w:w="4968"/>
        <w:gridCol w:w="540"/>
        <w:gridCol w:w="4968"/>
      </w:tblGrid>
      <w:tr w:rsidR="00677EAE" w:rsidRPr="00657529" w14:paraId="30CE31FF" w14:textId="77777777" w:rsidTr="79C1A3AE">
        <w:tc>
          <w:tcPr>
            <w:tcW w:w="558" w:type="dxa"/>
          </w:tcPr>
          <w:p w14:paraId="4A189526" w14:textId="77777777" w:rsidR="00677EAE" w:rsidRPr="00657529" w:rsidRDefault="00677EAE">
            <w:pPr>
              <w:rPr>
                <w:rFonts w:ascii="Times New Roman" w:hAnsi="Times New Roman" w:cs="Times New Roman"/>
              </w:rPr>
            </w:pPr>
          </w:p>
        </w:tc>
        <w:tc>
          <w:tcPr>
            <w:tcW w:w="4968" w:type="dxa"/>
          </w:tcPr>
          <w:p w14:paraId="2C1EA095" w14:textId="77777777" w:rsidR="00677EAE" w:rsidRPr="00657529" w:rsidRDefault="00677EAE">
            <w:pPr>
              <w:rPr>
                <w:rFonts w:ascii="Times New Roman" w:hAnsi="Times New Roman" w:cs="Times New Roman"/>
                <w:b/>
                <w:bCs/>
              </w:rPr>
            </w:pPr>
            <w:r w:rsidRPr="00657529">
              <w:rPr>
                <w:rFonts w:ascii="Times New Roman" w:hAnsi="Times New Roman" w:cs="Times New Roman"/>
                <w:b/>
                <w:bCs/>
              </w:rPr>
              <w:t>County Organization</w:t>
            </w:r>
          </w:p>
        </w:tc>
        <w:tc>
          <w:tcPr>
            <w:tcW w:w="540" w:type="dxa"/>
          </w:tcPr>
          <w:p w14:paraId="2E033C70" w14:textId="77777777" w:rsidR="00677EAE" w:rsidRPr="00657529" w:rsidRDefault="00677EAE">
            <w:pPr>
              <w:rPr>
                <w:rFonts w:ascii="Times New Roman" w:hAnsi="Times New Roman" w:cs="Times New Roman"/>
                <w:b/>
                <w:bCs/>
              </w:rPr>
            </w:pPr>
          </w:p>
        </w:tc>
        <w:tc>
          <w:tcPr>
            <w:tcW w:w="4968" w:type="dxa"/>
          </w:tcPr>
          <w:p w14:paraId="4D325307" w14:textId="77777777" w:rsidR="00677EAE" w:rsidRPr="00657529" w:rsidRDefault="00677EAE">
            <w:pPr>
              <w:rPr>
                <w:rFonts w:ascii="Times New Roman" w:hAnsi="Times New Roman" w:cs="Times New Roman"/>
                <w:b/>
                <w:bCs/>
              </w:rPr>
            </w:pPr>
            <w:r w:rsidRPr="00657529">
              <w:rPr>
                <w:rFonts w:ascii="Times New Roman" w:hAnsi="Times New Roman" w:cs="Times New Roman"/>
                <w:b/>
                <w:bCs/>
              </w:rPr>
              <w:t>Extension Educator</w:t>
            </w:r>
          </w:p>
          <w:p w14:paraId="1EA8122E" w14:textId="77777777" w:rsidR="00677EAE" w:rsidRPr="00657529" w:rsidRDefault="00677EAE">
            <w:pPr>
              <w:rPr>
                <w:rFonts w:ascii="Times New Roman" w:hAnsi="Times New Roman" w:cs="Times New Roman"/>
                <w:b/>
                <w:bCs/>
              </w:rPr>
            </w:pPr>
            <w:r w:rsidRPr="00657529">
              <w:rPr>
                <w:rFonts w:ascii="Times New Roman" w:hAnsi="Times New Roman" w:cs="Times New Roman"/>
                <w:b/>
                <w:bCs/>
              </w:rPr>
              <w:t>Family &amp; Consumer Sciences</w:t>
            </w:r>
          </w:p>
        </w:tc>
      </w:tr>
      <w:tr w:rsidR="00677EAE" w:rsidRPr="00657529" w14:paraId="063600B4" w14:textId="77777777" w:rsidTr="79C1A3AE">
        <w:tc>
          <w:tcPr>
            <w:tcW w:w="558" w:type="dxa"/>
          </w:tcPr>
          <w:p w14:paraId="7160E1D2" w14:textId="77777777" w:rsidR="00677EAE" w:rsidRPr="00657529" w:rsidRDefault="00677EAE">
            <w:pPr>
              <w:rPr>
                <w:rFonts w:ascii="Times New Roman" w:hAnsi="Times New Roman" w:cs="Times New Roman"/>
              </w:rPr>
            </w:pPr>
            <w:r w:rsidRPr="00657529">
              <w:rPr>
                <w:rFonts w:ascii="Times New Roman" w:hAnsi="Times New Roman" w:cs="Times New Roman"/>
              </w:rPr>
              <w:t>1</w:t>
            </w:r>
          </w:p>
        </w:tc>
        <w:tc>
          <w:tcPr>
            <w:tcW w:w="4968" w:type="dxa"/>
          </w:tcPr>
          <w:p w14:paraId="2CC41B7E" w14:textId="0EDBF2B1" w:rsidR="00677EAE" w:rsidRPr="00657529" w:rsidRDefault="00677EAE">
            <w:pPr>
              <w:rPr>
                <w:rFonts w:ascii="Times New Roman" w:hAnsi="Times New Roman" w:cs="Times New Roman"/>
              </w:rPr>
            </w:pPr>
            <w:r w:rsidRPr="00657529">
              <w:rPr>
                <w:rFonts w:ascii="Times New Roman" w:hAnsi="Times New Roman" w:cs="Times New Roman"/>
              </w:rPr>
              <w:t>Be knowledgeable of county</w:t>
            </w:r>
            <w:r w:rsidR="30BF8DC2" w:rsidRPr="00657529">
              <w:rPr>
                <w:rFonts w:ascii="Times New Roman" w:hAnsi="Times New Roman" w:cs="Times New Roman"/>
              </w:rPr>
              <w:t xml:space="preserve"> </w:t>
            </w:r>
            <w:r w:rsidRPr="00657529">
              <w:rPr>
                <w:rFonts w:ascii="Times New Roman" w:hAnsi="Times New Roman" w:cs="Times New Roman"/>
              </w:rPr>
              <w:t>and state goals, organizational policies, and educational programs of OHCE.</w:t>
            </w:r>
          </w:p>
        </w:tc>
        <w:tc>
          <w:tcPr>
            <w:tcW w:w="540" w:type="dxa"/>
          </w:tcPr>
          <w:p w14:paraId="7A5F8151" w14:textId="77777777" w:rsidR="00677EAE" w:rsidRPr="00657529" w:rsidRDefault="00677EAE">
            <w:pPr>
              <w:rPr>
                <w:rFonts w:ascii="Times New Roman" w:hAnsi="Times New Roman" w:cs="Times New Roman"/>
              </w:rPr>
            </w:pPr>
            <w:r w:rsidRPr="00657529">
              <w:rPr>
                <w:rFonts w:ascii="Times New Roman" w:hAnsi="Times New Roman" w:cs="Times New Roman"/>
              </w:rPr>
              <w:t>1</w:t>
            </w:r>
          </w:p>
        </w:tc>
        <w:tc>
          <w:tcPr>
            <w:tcW w:w="4968" w:type="dxa"/>
          </w:tcPr>
          <w:p w14:paraId="3CF10ABE" w14:textId="08546F1E" w:rsidR="00677EAE" w:rsidRPr="00657529" w:rsidRDefault="00677EAE">
            <w:pPr>
              <w:rPr>
                <w:rFonts w:ascii="Times New Roman" w:hAnsi="Times New Roman" w:cs="Times New Roman"/>
              </w:rPr>
            </w:pPr>
            <w:r w:rsidRPr="00657529">
              <w:rPr>
                <w:rFonts w:ascii="Times New Roman" w:hAnsi="Times New Roman" w:cs="Times New Roman"/>
              </w:rPr>
              <w:t>Be knowledgeable of county and state goals, organizational policies</w:t>
            </w:r>
            <w:r w:rsidR="48438903" w:rsidRPr="00657529">
              <w:rPr>
                <w:rFonts w:ascii="Times New Roman" w:hAnsi="Times New Roman" w:cs="Times New Roman"/>
              </w:rPr>
              <w:t>,</w:t>
            </w:r>
            <w:r w:rsidRPr="00657529">
              <w:rPr>
                <w:rFonts w:ascii="Times New Roman" w:hAnsi="Times New Roman" w:cs="Times New Roman"/>
              </w:rPr>
              <w:t xml:space="preserve"> and educational programs of OHCE.</w:t>
            </w:r>
          </w:p>
        </w:tc>
      </w:tr>
      <w:tr w:rsidR="00677EAE" w:rsidRPr="00657529" w14:paraId="7371FFDD" w14:textId="77777777" w:rsidTr="79C1A3AE">
        <w:trPr>
          <w:trHeight w:val="3484"/>
        </w:trPr>
        <w:tc>
          <w:tcPr>
            <w:tcW w:w="558" w:type="dxa"/>
          </w:tcPr>
          <w:p w14:paraId="60C5BF86" w14:textId="77777777" w:rsidR="00677EAE" w:rsidRPr="00657529" w:rsidRDefault="00677EAE">
            <w:pPr>
              <w:rPr>
                <w:rFonts w:ascii="Times New Roman" w:hAnsi="Times New Roman" w:cs="Times New Roman"/>
              </w:rPr>
            </w:pPr>
            <w:r w:rsidRPr="00657529">
              <w:rPr>
                <w:rFonts w:ascii="Times New Roman" w:hAnsi="Times New Roman" w:cs="Times New Roman"/>
              </w:rPr>
              <w:t>2</w:t>
            </w:r>
          </w:p>
        </w:tc>
        <w:tc>
          <w:tcPr>
            <w:tcW w:w="4968" w:type="dxa"/>
          </w:tcPr>
          <w:p w14:paraId="1D51521F" w14:textId="77777777" w:rsidR="00677EAE" w:rsidRPr="00657529" w:rsidRDefault="00677EAE">
            <w:pPr>
              <w:rPr>
                <w:rFonts w:ascii="Times New Roman" w:hAnsi="Times New Roman" w:cs="Times New Roman"/>
              </w:rPr>
            </w:pPr>
            <w:r w:rsidRPr="00657529">
              <w:rPr>
                <w:rFonts w:ascii="Times New Roman" w:hAnsi="Times New Roman" w:cs="Times New Roman"/>
              </w:rPr>
              <w:t>Conduct functions and business of the organization such as:</w:t>
            </w:r>
          </w:p>
          <w:p w14:paraId="53C82BF4" w14:textId="77777777" w:rsidR="00677EAE" w:rsidRPr="00657529" w:rsidRDefault="00677EAE">
            <w:pPr>
              <w:pStyle w:val="ListParagraph"/>
              <w:numPr>
                <w:ilvl w:val="0"/>
                <w:numId w:val="25"/>
              </w:numPr>
              <w:rPr>
                <w:rFonts w:ascii="Times New Roman" w:hAnsi="Times New Roman" w:cs="Times New Roman"/>
              </w:rPr>
            </w:pPr>
            <w:r w:rsidRPr="00657529">
              <w:rPr>
                <w:rFonts w:ascii="Times New Roman" w:hAnsi="Times New Roman" w:cs="Times New Roman"/>
              </w:rPr>
              <w:t>Call the organization's meetings</w:t>
            </w:r>
          </w:p>
          <w:p w14:paraId="414B0E6D" w14:textId="77777777" w:rsidR="00677EAE" w:rsidRPr="00657529" w:rsidRDefault="00677EAE">
            <w:pPr>
              <w:pStyle w:val="ListParagraph"/>
              <w:numPr>
                <w:ilvl w:val="0"/>
                <w:numId w:val="25"/>
              </w:numPr>
              <w:rPr>
                <w:rFonts w:ascii="Times New Roman" w:hAnsi="Times New Roman" w:cs="Times New Roman"/>
              </w:rPr>
            </w:pPr>
            <w:r w:rsidRPr="00657529">
              <w:rPr>
                <w:rFonts w:ascii="Times New Roman" w:hAnsi="Times New Roman" w:cs="Times New Roman"/>
              </w:rPr>
              <w:t>Arrange for facilities, prepare agenda, contact program participants, conduct meetings, prepare minutes, appoint committees</w:t>
            </w:r>
          </w:p>
          <w:p w14:paraId="77753CD1" w14:textId="77777777" w:rsidR="00677EAE" w:rsidRPr="00657529" w:rsidRDefault="00677EAE">
            <w:pPr>
              <w:pStyle w:val="ListParagraph"/>
              <w:numPr>
                <w:ilvl w:val="0"/>
                <w:numId w:val="25"/>
              </w:numPr>
              <w:rPr>
                <w:rFonts w:ascii="Times New Roman" w:hAnsi="Times New Roman" w:cs="Times New Roman"/>
              </w:rPr>
            </w:pPr>
            <w:r w:rsidRPr="00657529">
              <w:rPr>
                <w:rFonts w:ascii="Times New Roman" w:hAnsi="Times New Roman" w:cs="Times New Roman"/>
              </w:rPr>
              <w:t>Collect dues and other monies and maintain appropriate financial accounts</w:t>
            </w:r>
          </w:p>
          <w:p w14:paraId="67AB1A3B" w14:textId="77777777" w:rsidR="00677EAE" w:rsidRPr="00657529" w:rsidRDefault="00677EAE">
            <w:pPr>
              <w:pStyle w:val="ListParagraph"/>
              <w:numPr>
                <w:ilvl w:val="0"/>
                <w:numId w:val="25"/>
              </w:numPr>
              <w:rPr>
                <w:rFonts w:ascii="Times New Roman" w:hAnsi="Times New Roman" w:cs="Times New Roman"/>
              </w:rPr>
            </w:pPr>
            <w:r w:rsidRPr="00657529">
              <w:rPr>
                <w:rFonts w:ascii="Times New Roman" w:hAnsi="Times New Roman" w:cs="Times New Roman"/>
              </w:rPr>
              <w:t>Elect officers</w:t>
            </w:r>
          </w:p>
          <w:p w14:paraId="2A1A3076" w14:textId="77777777" w:rsidR="00677EAE" w:rsidRPr="00657529" w:rsidRDefault="00677EAE">
            <w:pPr>
              <w:pStyle w:val="ListParagraph"/>
              <w:numPr>
                <w:ilvl w:val="0"/>
                <w:numId w:val="25"/>
              </w:numPr>
              <w:rPr>
                <w:rFonts w:ascii="Times New Roman" w:hAnsi="Times New Roman" w:cs="Times New Roman"/>
              </w:rPr>
            </w:pPr>
            <w:r w:rsidRPr="00657529">
              <w:rPr>
                <w:rFonts w:ascii="Times New Roman" w:hAnsi="Times New Roman" w:cs="Times New Roman"/>
              </w:rPr>
              <w:t>Arrange for sponsored activities</w:t>
            </w:r>
          </w:p>
          <w:p w14:paraId="49C1EF57" w14:textId="77777777" w:rsidR="00677EAE" w:rsidRPr="00657529" w:rsidRDefault="00677EAE">
            <w:pPr>
              <w:pStyle w:val="ListParagraph"/>
              <w:numPr>
                <w:ilvl w:val="0"/>
                <w:numId w:val="25"/>
              </w:numPr>
              <w:rPr>
                <w:rFonts w:ascii="Times New Roman" w:hAnsi="Times New Roman" w:cs="Times New Roman"/>
              </w:rPr>
            </w:pPr>
            <w:r w:rsidRPr="00657529">
              <w:rPr>
                <w:rFonts w:ascii="Times New Roman" w:hAnsi="Times New Roman" w:cs="Times New Roman"/>
              </w:rPr>
              <w:t>Submit OHCE and other reports as necessary, plan and conduct county and community service projects</w:t>
            </w:r>
          </w:p>
          <w:p w14:paraId="3007B998" w14:textId="77777777" w:rsidR="00677EAE" w:rsidRPr="00657529" w:rsidRDefault="00677EAE">
            <w:pPr>
              <w:pStyle w:val="ListParagraph"/>
              <w:numPr>
                <w:ilvl w:val="0"/>
                <w:numId w:val="25"/>
              </w:numPr>
              <w:rPr>
                <w:rFonts w:ascii="Times New Roman" w:hAnsi="Times New Roman" w:cs="Times New Roman"/>
              </w:rPr>
            </w:pPr>
            <w:r w:rsidRPr="00657529">
              <w:rPr>
                <w:rFonts w:ascii="Times New Roman" w:hAnsi="Times New Roman" w:cs="Times New Roman"/>
              </w:rPr>
              <w:t>County officers serve as advisors to committees</w:t>
            </w:r>
          </w:p>
        </w:tc>
        <w:tc>
          <w:tcPr>
            <w:tcW w:w="540" w:type="dxa"/>
          </w:tcPr>
          <w:p w14:paraId="3367BFA8" w14:textId="77777777" w:rsidR="00677EAE" w:rsidRPr="00657529" w:rsidRDefault="00677EAE">
            <w:pPr>
              <w:rPr>
                <w:rFonts w:ascii="Times New Roman" w:hAnsi="Times New Roman" w:cs="Times New Roman"/>
              </w:rPr>
            </w:pPr>
            <w:r w:rsidRPr="00657529">
              <w:rPr>
                <w:rFonts w:ascii="Times New Roman" w:hAnsi="Times New Roman" w:cs="Times New Roman"/>
              </w:rPr>
              <w:t>2</w:t>
            </w:r>
          </w:p>
        </w:tc>
        <w:tc>
          <w:tcPr>
            <w:tcW w:w="4968" w:type="dxa"/>
          </w:tcPr>
          <w:p w14:paraId="2E3055CA" w14:textId="4A7ACD4D" w:rsidR="00677EAE" w:rsidRPr="00657529" w:rsidRDefault="00677EAE">
            <w:pPr>
              <w:rPr>
                <w:rFonts w:ascii="Times New Roman" w:hAnsi="Times New Roman" w:cs="Times New Roman"/>
              </w:rPr>
            </w:pPr>
            <w:r w:rsidRPr="00657529">
              <w:rPr>
                <w:rFonts w:ascii="Times New Roman" w:hAnsi="Times New Roman" w:cs="Times New Roman"/>
              </w:rPr>
              <w:t xml:space="preserve">Serve as advisor and consultant to </w:t>
            </w:r>
            <w:r w:rsidR="23880774" w:rsidRPr="00657529">
              <w:rPr>
                <w:rFonts w:ascii="Times New Roman" w:hAnsi="Times New Roman" w:cs="Times New Roman"/>
              </w:rPr>
              <w:t xml:space="preserve">the </w:t>
            </w:r>
            <w:r w:rsidRPr="00657529">
              <w:rPr>
                <w:rFonts w:ascii="Times New Roman" w:hAnsi="Times New Roman" w:cs="Times New Roman"/>
              </w:rPr>
              <w:t>county organization and assist it in functioning in a democratic manner; cooperate with officers to fulfill responsibilities.</w:t>
            </w:r>
          </w:p>
          <w:p w14:paraId="0F580459" w14:textId="77777777" w:rsidR="00677EAE" w:rsidRPr="00657529" w:rsidRDefault="00677EAE">
            <w:pPr>
              <w:rPr>
                <w:rFonts w:ascii="Times New Roman" w:hAnsi="Times New Roman" w:cs="Times New Roman"/>
              </w:rPr>
            </w:pPr>
          </w:p>
          <w:p w14:paraId="3EAB7544" w14:textId="77777777" w:rsidR="00677EAE" w:rsidRPr="00657529" w:rsidRDefault="00677EAE">
            <w:pPr>
              <w:rPr>
                <w:rFonts w:ascii="Times New Roman" w:hAnsi="Times New Roman" w:cs="Times New Roman"/>
              </w:rPr>
            </w:pPr>
            <w:r w:rsidRPr="00657529">
              <w:rPr>
                <w:rFonts w:ascii="Times New Roman" w:hAnsi="Times New Roman" w:cs="Times New Roman"/>
              </w:rPr>
              <w:t>Offer to the county organization resources and services available from the County Extension office.</w:t>
            </w:r>
          </w:p>
          <w:p w14:paraId="52BE8E9D" w14:textId="77777777" w:rsidR="00677EAE" w:rsidRPr="00657529" w:rsidRDefault="00677EAE">
            <w:pPr>
              <w:rPr>
                <w:rFonts w:ascii="Times New Roman" w:hAnsi="Times New Roman" w:cs="Times New Roman"/>
              </w:rPr>
            </w:pPr>
            <w:r w:rsidRPr="00657529">
              <w:rPr>
                <w:rFonts w:ascii="Times New Roman" w:hAnsi="Times New Roman" w:cs="Times New Roman"/>
              </w:rPr>
              <w:t>Assist with agenda for OHCE County Organization meetings. Prepare and/or give an Extension Educator’s report at Executive and County Organization meetings.</w:t>
            </w:r>
          </w:p>
        </w:tc>
      </w:tr>
      <w:tr w:rsidR="00677EAE" w:rsidRPr="00657529" w14:paraId="2D72CB44" w14:textId="77777777" w:rsidTr="00017E07">
        <w:trPr>
          <w:trHeight w:val="55"/>
        </w:trPr>
        <w:tc>
          <w:tcPr>
            <w:tcW w:w="558" w:type="dxa"/>
          </w:tcPr>
          <w:p w14:paraId="7771B186" w14:textId="77777777" w:rsidR="00677EAE" w:rsidRPr="00657529" w:rsidRDefault="00677EAE">
            <w:pPr>
              <w:rPr>
                <w:rFonts w:ascii="Times New Roman" w:hAnsi="Times New Roman" w:cs="Times New Roman"/>
              </w:rPr>
            </w:pPr>
            <w:r w:rsidRPr="00657529">
              <w:rPr>
                <w:rFonts w:ascii="Times New Roman" w:hAnsi="Times New Roman" w:cs="Times New Roman"/>
              </w:rPr>
              <w:t>3</w:t>
            </w:r>
          </w:p>
        </w:tc>
        <w:tc>
          <w:tcPr>
            <w:tcW w:w="4968" w:type="dxa"/>
          </w:tcPr>
          <w:p w14:paraId="5FB465A0" w14:textId="77777777" w:rsidR="00677EAE" w:rsidRPr="00657529" w:rsidRDefault="00677EAE">
            <w:pPr>
              <w:rPr>
                <w:rFonts w:ascii="Times New Roman" w:hAnsi="Times New Roman" w:cs="Times New Roman"/>
              </w:rPr>
            </w:pPr>
            <w:r w:rsidRPr="00657529">
              <w:rPr>
                <w:rFonts w:ascii="Times New Roman" w:hAnsi="Times New Roman" w:cs="Times New Roman"/>
              </w:rPr>
              <w:t>Maintain working files of county records in possession of current officers to include:</w:t>
            </w:r>
          </w:p>
          <w:p w14:paraId="26ABA662" w14:textId="77777777" w:rsidR="00677EAE" w:rsidRPr="00657529" w:rsidRDefault="00677EAE">
            <w:pPr>
              <w:pStyle w:val="ListParagraph"/>
              <w:numPr>
                <w:ilvl w:val="0"/>
                <w:numId w:val="26"/>
              </w:numPr>
              <w:rPr>
                <w:rFonts w:ascii="Times New Roman" w:hAnsi="Times New Roman" w:cs="Times New Roman"/>
              </w:rPr>
            </w:pPr>
            <w:r w:rsidRPr="00657529">
              <w:rPr>
                <w:rFonts w:ascii="Times New Roman" w:hAnsi="Times New Roman" w:cs="Times New Roman"/>
              </w:rPr>
              <w:t>Secretarial minutes</w:t>
            </w:r>
          </w:p>
          <w:p w14:paraId="221ACFBA" w14:textId="77777777" w:rsidR="00677EAE" w:rsidRPr="00657529" w:rsidRDefault="00677EAE">
            <w:pPr>
              <w:pStyle w:val="ListParagraph"/>
              <w:numPr>
                <w:ilvl w:val="0"/>
                <w:numId w:val="26"/>
              </w:numPr>
              <w:rPr>
                <w:rFonts w:ascii="Times New Roman" w:hAnsi="Times New Roman" w:cs="Times New Roman"/>
              </w:rPr>
            </w:pPr>
            <w:r w:rsidRPr="00657529">
              <w:rPr>
                <w:rFonts w:ascii="Times New Roman" w:hAnsi="Times New Roman" w:cs="Times New Roman"/>
              </w:rPr>
              <w:t>Financial records (last 6 years) and IRS income</w:t>
            </w:r>
          </w:p>
          <w:p w14:paraId="01F086DD" w14:textId="70EF1E5E" w:rsidR="00677EAE" w:rsidRPr="00657529" w:rsidRDefault="004552CE">
            <w:pPr>
              <w:pStyle w:val="ListParagraph"/>
              <w:numPr>
                <w:ilvl w:val="0"/>
                <w:numId w:val="26"/>
              </w:numPr>
              <w:rPr>
                <w:rFonts w:ascii="Times New Roman" w:hAnsi="Times New Roman" w:cs="Times New Roman"/>
              </w:rPr>
            </w:pPr>
            <w:r w:rsidRPr="00657529">
              <w:rPr>
                <w:rFonts w:ascii="Times New Roman" w:hAnsi="Times New Roman" w:cs="Times New Roman"/>
              </w:rPr>
              <w:t>B</w:t>
            </w:r>
            <w:r w:rsidR="00677EAE" w:rsidRPr="00657529">
              <w:rPr>
                <w:rFonts w:ascii="Times New Roman" w:hAnsi="Times New Roman" w:cs="Times New Roman"/>
              </w:rPr>
              <w:t>ylaws</w:t>
            </w:r>
          </w:p>
          <w:p w14:paraId="037273ED" w14:textId="77777777" w:rsidR="00677EAE" w:rsidRPr="00657529" w:rsidRDefault="00677EAE">
            <w:pPr>
              <w:pStyle w:val="ListParagraph"/>
              <w:numPr>
                <w:ilvl w:val="0"/>
                <w:numId w:val="26"/>
              </w:numPr>
              <w:rPr>
                <w:rFonts w:ascii="Times New Roman" w:hAnsi="Times New Roman" w:cs="Times New Roman"/>
              </w:rPr>
            </w:pPr>
            <w:r w:rsidRPr="00657529">
              <w:rPr>
                <w:rFonts w:ascii="Times New Roman" w:hAnsi="Times New Roman" w:cs="Times New Roman"/>
              </w:rPr>
              <w:t>Historical material</w:t>
            </w:r>
          </w:p>
          <w:p w14:paraId="58D601F2" w14:textId="77777777" w:rsidR="00677EAE" w:rsidRPr="00657529" w:rsidRDefault="00677EAE">
            <w:pPr>
              <w:pStyle w:val="ListParagraph"/>
              <w:numPr>
                <w:ilvl w:val="0"/>
                <w:numId w:val="26"/>
              </w:numPr>
              <w:rPr>
                <w:rFonts w:ascii="Times New Roman" w:hAnsi="Times New Roman" w:cs="Times New Roman"/>
              </w:rPr>
            </w:pPr>
            <w:r w:rsidRPr="00657529">
              <w:rPr>
                <w:rFonts w:ascii="Times New Roman" w:hAnsi="Times New Roman" w:cs="Times New Roman"/>
              </w:rPr>
              <w:t>Program information</w:t>
            </w:r>
          </w:p>
          <w:p w14:paraId="76F3BF8E" w14:textId="22DFBF90" w:rsidR="00000F63" w:rsidRDefault="00677EAE">
            <w:pPr>
              <w:pStyle w:val="ListParagraph"/>
              <w:numPr>
                <w:ilvl w:val="0"/>
                <w:numId w:val="26"/>
              </w:numPr>
              <w:rPr>
                <w:rFonts w:ascii="Times New Roman" w:hAnsi="Times New Roman" w:cs="Times New Roman"/>
              </w:rPr>
            </w:pPr>
            <w:r w:rsidRPr="00657529">
              <w:rPr>
                <w:rFonts w:ascii="Times New Roman" w:hAnsi="Times New Roman" w:cs="Times New Roman"/>
              </w:rPr>
              <w:t>Officer handbooks/notebooks</w:t>
            </w:r>
          </w:p>
          <w:p w14:paraId="631D91EB" w14:textId="77777777" w:rsidR="007963F6" w:rsidRPr="00657529" w:rsidRDefault="007963F6" w:rsidP="007963F6">
            <w:pPr>
              <w:pStyle w:val="ListParagraph"/>
              <w:numPr>
                <w:ilvl w:val="0"/>
                <w:numId w:val="26"/>
              </w:numPr>
              <w:rPr>
                <w:rFonts w:ascii="Times New Roman" w:hAnsi="Times New Roman" w:cs="Times New Roman"/>
              </w:rPr>
            </w:pPr>
            <w:r w:rsidRPr="00657529">
              <w:rPr>
                <w:rFonts w:ascii="Times New Roman" w:hAnsi="Times New Roman" w:cs="Times New Roman"/>
              </w:rPr>
              <w:t>Tax returns prepared (only if annual income is $50,000 or more)</w:t>
            </w:r>
          </w:p>
          <w:p w14:paraId="0073BDFD" w14:textId="77777777" w:rsidR="007963F6" w:rsidRPr="00657529" w:rsidRDefault="007963F6" w:rsidP="0067130D">
            <w:pPr>
              <w:pStyle w:val="ListParagraph"/>
              <w:numPr>
                <w:ilvl w:val="0"/>
                <w:numId w:val="26"/>
              </w:numPr>
              <w:rPr>
                <w:rFonts w:ascii="Times New Roman" w:hAnsi="Times New Roman" w:cs="Times New Roman"/>
              </w:rPr>
            </w:pPr>
            <w:r w:rsidRPr="00657529">
              <w:rPr>
                <w:rFonts w:ascii="Times New Roman" w:hAnsi="Times New Roman" w:cs="Times New Roman"/>
              </w:rPr>
              <w:t>Form 990-N (e-Postcard) for income less than $50,000 annually</w:t>
            </w:r>
          </w:p>
          <w:p w14:paraId="1181FD53" w14:textId="29142729" w:rsidR="00FC2577" w:rsidRDefault="00156907" w:rsidP="00427AE6">
            <w:pPr>
              <w:pStyle w:val="NormalWeb"/>
              <w:rPr>
                <w:rStyle w:val="Strong"/>
                <w:b w:val="0"/>
                <w:bCs w:val="0"/>
                <w:sz w:val="22"/>
                <w:szCs w:val="22"/>
              </w:rPr>
            </w:pPr>
            <w:r w:rsidRPr="00657529">
              <w:rPr>
                <w:rStyle w:val="Strong"/>
                <w:b w:val="0"/>
                <w:bCs w:val="0"/>
                <w:sz w:val="22"/>
                <w:szCs w:val="22"/>
              </w:rPr>
              <w:t>The county treasurer or another designated OHCE member must file the Form 990-N on the group's behalf. A copy of the filing receipt must be submitted to the state OHCE treasurer for reporting purposes</w:t>
            </w:r>
            <w:r w:rsidR="009159FD">
              <w:rPr>
                <w:rStyle w:val="Strong"/>
                <w:b w:val="0"/>
                <w:bCs w:val="0"/>
                <w:sz w:val="22"/>
                <w:szCs w:val="22"/>
              </w:rPr>
              <w:t xml:space="preserve"> not later than June 1 by e-mail or mail.</w:t>
            </w:r>
          </w:p>
          <w:p w14:paraId="25159041" w14:textId="685CDA08" w:rsidR="002F04DE" w:rsidRPr="00657529" w:rsidRDefault="002F04DE" w:rsidP="00427AE6">
            <w:pPr>
              <w:pStyle w:val="NormalWeb"/>
              <w:rPr>
                <w:b/>
                <w:sz w:val="22"/>
                <w:szCs w:val="22"/>
              </w:rPr>
            </w:pPr>
            <w:r w:rsidRPr="00657529">
              <w:rPr>
                <w:rStyle w:val="Strong"/>
                <w:b w:val="0"/>
                <w:bCs w:val="0"/>
                <w:sz w:val="22"/>
                <w:szCs w:val="22"/>
              </w:rPr>
              <w:t xml:space="preserve">The OHCE county treasurer </w:t>
            </w:r>
            <w:r>
              <w:rPr>
                <w:rStyle w:val="Strong"/>
                <w:sz w:val="22"/>
                <w:szCs w:val="22"/>
              </w:rPr>
              <w:t>m</w:t>
            </w:r>
            <w:r>
              <w:rPr>
                <w:rStyle w:val="Strong"/>
              </w:rPr>
              <w:t xml:space="preserve">ay </w:t>
            </w:r>
            <w:r w:rsidRPr="00657529">
              <w:rPr>
                <w:rStyle w:val="Strong"/>
                <w:b w:val="0"/>
                <w:bCs w:val="0"/>
                <w:sz w:val="22"/>
                <w:szCs w:val="22"/>
              </w:rPr>
              <w:t>review financial records, including financial reports and IRS filings. Groups with annual income of $50,000 or more must file the appropriate IRS tax return. Groups with annual income below $50,000 must file IRS Form 990-N (e-Postcard) by May 15.</w:t>
            </w:r>
          </w:p>
        </w:tc>
        <w:tc>
          <w:tcPr>
            <w:tcW w:w="540" w:type="dxa"/>
          </w:tcPr>
          <w:p w14:paraId="474BDCAA" w14:textId="77777777" w:rsidR="00677EAE" w:rsidRPr="00657529" w:rsidRDefault="00677EAE">
            <w:pPr>
              <w:rPr>
                <w:rFonts w:ascii="Times New Roman" w:hAnsi="Times New Roman" w:cs="Times New Roman"/>
              </w:rPr>
            </w:pPr>
            <w:r w:rsidRPr="00657529">
              <w:rPr>
                <w:rFonts w:ascii="Times New Roman" w:hAnsi="Times New Roman" w:cs="Times New Roman"/>
              </w:rPr>
              <w:t>3</w:t>
            </w:r>
          </w:p>
        </w:tc>
        <w:tc>
          <w:tcPr>
            <w:tcW w:w="4968" w:type="dxa"/>
          </w:tcPr>
          <w:p w14:paraId="612A43AA" w14:textId="4D78852B" w:rsidR="00677EAE" w:rsidRPr="00657529" w:rsidRDefault="00677EAE">
            <w:pPr>
              <w:rPr>
                <w:rFonts w:ascii="Times New Roman" w:hAnsi="Times New Roman" w:cs="Times New Roman"/>
              </w:rPr>
            </w:pPr>
            <w:r w:rsidRPr="00657529">
              <w:rPr>
                <w:rFonts w:ascii="Times New Roman" w:hAnsi="Times New Roman" w:cs="Times New Roman"/>
              </w:rPr>
              <w:t>Maintain in County Extension office permanent and working files of important papers such as affirmative action information, County Organization members (2 years), bylaws, yearbooks,</w:t>
            </w:r>
            <w:r w:rsidR="0DFA435A" w:rsidRPr="00657529">
              <w:rPr>
                <w:rFonts w:ascii="Times New Roman" w:hAnsi="Times New Roman" w:cs="Times New Roman"/>
              </w:rPr>
              <w:t xml:space="preserve"> and </w:t>
            </w:r>
            <w:r w:rsidRPr="00657529">
              <w:rPr>
                <w:rFonts w:ascii="Times New Roman" w:hAnsi="Times New Roman" w:cs="Times New Roman"/>
              </w:rPr>
              <w:t xml:space="preserve">other historical </w:t>
            </w:r>
            <w:commentRangeStart w:id="0"/>
            <w:r w:rsidRPr="00657529">
              <w:rPr>
                <w:rFonts w:ascii="Times New Roman" w:hAnsi="Times New Roman" w:cs="Times New Roman"/>
              </w:rPr>
              <w:t>materials</w:t>
            </w:r>
            <w:commentRangeEnd w:id="0"/>
            <w:r w:rsidR="00017E07" w:rsidRPr="00657529">
              <w:rPr>
                <w:rStyle w:val="CommentReference"/>
                <w:rFonts w:ascii="Times New Roman" w:hAnsi="Times New Roman" w:cs="Times New Roman"/>
                <w:sz w:val="22"/>
                <w:szCs w:val="22"/>
              </w:rPr>
              <w:commentReference w:id="0"/>
            </w:r>
            <w:r w:rsidRPr="00657529">
              <w:rPr>
                <w:rFonts w:ascii="Times New Roman" w:hAnsi="Times New Roman" w:cs="Times New Roman"/>
              </w:rPr>
              <w:t>.</w:t>
            </w:r>
          </w:p>
        </w:tc>
      </w:tr>
      <w:tr w:rsidR="00677EAE" w:rsidRPr="00657529" w14:paraId="40F433DC" w14:textId="77777777" w:rsidTr="79C1A3AE">
        <w:tc>
          <w:tcPr>
            <w:tcW w:w="558" w:type="dxa"/>
          </w:tcPr>
          <w:p w14:paraId="27ECC8DF" w14:textId="77777777" w:rsidR="00677EAE" w:rsidRPr="00657529" w:rsidRDefault="00677EAE">
            <w:pPr>
              <w:rPr>
                <w:rFonts w:ascii="Times New Roman" w:hAnsi="Times New Roman" w:cs="Times New Roman"/>
              </w:rPr>
            </w:pPr>
            <w:r w:rsidRPr="00657529">
              <w:rPr>
                <w:rFonts w:ascii="Times New Roman" w:hAnsi="Times New Roman" w:cs="Times New Roman"/>
              </w:rPr>
              <w:lastRenderedPageBreak/>
              <w:t>4</w:t>
            </w:r>
          </w:p>
        </w:tc>
        <w:tc>
          <w:tcPr>
            <w:tcW w:w="4968" w:type="dxa"/>
          </w:tcPr>
          <w:p w14:paraId="41E2CC55" w14:textId="4F87EB2F" w:rsidR="00677EAE" w:rsidRPr="00657529" w:rsidRDefault="00677EAE">
            <w:pPr>
              <w:rPr>
                <w:rFonts w:ascii="Times New Roman" w:hAnsi="Times New Roman" w:cs="Times New Roman"/>
              </w:rPr>
            </w:pPr>
            <w:r w:rsidRPr="00657529">
              <w:rPr>
                <w:rFonts w:ascii="Times New Roman" w:hAnsi="Times New Roman" w:cs="Times New Roman"/>
              </w:rPr>
              <w:t>Pay for organization</w:t>
            </w:r>
            <w:r w:rsidR="3E00BEC7" w:rsidRPr="00657529">
              <w:rPr>
                <w:rFonts w:ascii="Times New Roman" w:hAnsi="Times New Roman" w:cs="Times New Roman"/>
              </w:rPr>
              <w:t>’s</w:t>
            </w:r>
            <w:r w:rsidRPr="00657529">
              <w:rPr>
                <w:rFonts w:ascii="Times New Roman" w:hAnsi="Times New Roman" w:cs="Times New Roman"/>
              </w:rPr>
              <w:t xml:space="preserve"> expense of officers and committees, such as postage, supplies, and other approved expenses.</w:t>
            </w:r>
          </w:p>
        </w:tc>
        <w:tc>
          <w:tcPr>
            <w:tcW w:w="540" w:type="dxa"/>
          </w:tcPr>
          <w:p w14:paraId="34C5B0FF" w14:textId="77777777" w:rsidR="00677EAE" w:rsidRPr="00657529" w:rsidRDefault="00677EAE">
            <w:pPr>
              <w:rPr>
                <w:rFonts w:ascii="Times New Roman" w:hAnsi="Times New Roman" w:cs="Times New Roman"/>
              </w:rPr>
            </w:pPr>
            <w:r w:rsidRPr="00657529">
              <w:rPr>
                <w:rFonts w:ascii="Times New Roman" w:hAnsi="Times New Roman" w:cs="Times New Roman"/>
              </w:rPr>
              <w:t>4</w:t>
            </w:r>
          </w:p>
        </w:tc>
        <w:tc>
          <w:tcPr>
            <w:tcW w:w="4968" w:type="dxa"/>
          </w:tcPr>
          <w:p w14:paraId="1F23F17E" w14:textId="77777777" w:rsidR="00677EAE" w:rsidRPr="00657529" w:rsidRDefault="00677EAE">
            <w:pPr>
              <w:rPr>
                <w:rFonts w:ascii="Times New Roman" w:hAnsi="Times New Roman" w:cs="Times New Roman"/>
              </w:rPr>
            </w:pPr>
            <w:r w:rsidRPr="00657529">
              <w:rPr>
                <w:rFonts w:ascii="Times New Roman" w:hAnsi="Times New Roman" w:cs="Times New Roman"/>
              </w:rPr>
              <w:t>Assist organization with duplication of appropriate materials.</w:t>
            </w:r>
          </w:p>
        </w:tc>
      </w:tr>
      <w:tr w:rsidR="00677EAE" w:rsidRPr="00657529" w14:paraId="45E61545" w14:textId="77777777" w:rsidTr="79C1A3AE">
        <w:tc>
          <w:tcPr>
            <w:tcW w:w="558" w:type="dxa"/>
          </w:tcPr>
          <w:p w14:paraId="73764487" w14:textId="77777777" w:rsidR="00677EAE" w:rsidRPr="00657529" w:rsidRDefault="00677EAE">
            <w:pPr>
              <w:rPr>
                <w:rFonts w:ascii="Times New Roman" w:hAnsi="Times New Roman" w:cs="Times New Roman"/>
              </w:rPr>
            </w:pPr>
            <w:r w:rsidRPr="00657529">
              <w:rPr>
                <w:rFonts w:ascii="Times New Roman" w:hAnsi="Times New Roman" w:cs="Times New Roman"/>
              </w:rPr>
              <w:t>5</w:t>
            </w:r>
          </w:p>
        </w:tc>
        <w:tc>
          <w:tcPr>
            <w:tcW w:w="4968" w:type="dxa"/>
          </w:tcPr>
          <w:p w14:paraId="1B2FE56F" w14:textId="38BD9B72" w:rsidR="00677EAE" w:rsidRPr="00657529" w:rsidRDefault="00677EAE">
            <w:pPr>
              <w:rPr>
                <w:rFonts w:ascii="Times New Roman" w:hAnsi="Times New Roman" w:cs="Times New Roman"/>
              </w:rPr>
            </w:pPr>
            <w:r w:rsidRPr="00657529">
              <w:rPr>
                <w:rFonts w:ascii="Times New Roman" w:hAnsi="Times New Roman" w:cs="Times New Roman"/>
              </w:rPr>
              <w:t>Recruit new members, assist in organizing new groups, help maintain established groups</w:t>
            </w:r>
            <w:r w:rsidR="73867CC3" w:rsidRPr="00657529">
              <w:rPr>
                <w:rFonts w:ascii="Times New Roman" w:hAnsi="Times New Roman" w:cs="Times New Roman"/>
              </w:rPr>
              <w:t xml:space="preserve">, </w:t>
            </w:r>
            <w:r w:rsidRPr="00657529">
              <w:rPr>
                <w:rFonts w:ascii="Times New Roman" w:hAnsi="Times New Roman" w:cs="Times New Roman"/>
              </w:rPr>
              <w:t>and follow through on membership referrals.</w:t>
            </w:r>
          </w:p>
        </w:tc>
        <w:tc>
          <w:tcPr>
            <w:tcW w:w="540" w:type="dxa"/>
          </w:tcPr>
          <w:p w14:paraId="17818681" w14:textId="77777777" w:rsidR="00677EAE" w:rsidRPr="00657529" w:rsidRDefault="00677EAE">
            <w:pPr>
              <w:rPr>
                <w:rFonts w:ascii="Times New Roman" w:hAnsi="Times New Roman" w:cs="Times New Roman"/>
              </w:rPr>
            </w:pPr>
            <w:r w:rsidRPr="00657529">
              <w:rPr>
                <w:rFonts w:ascii="Times New Roman" w:hAnsi="Times New Roman" w:cs="Times New Roman"/>
              </w:rPr>
              <w:t>5</w:t>
            </w:r>
          </w:p>
        </w:tc>
        <w:tc>
          <w:tcPr>
            <w:tcW w:w="4968" w:type="dxa"/>
          </w:tcPr>
          <w:p w14:paraId="5F11B8A9" w14:textId="77777777" w:rsidR="00677EAE" w:rsidRPr="00657529" w:rsidRDefault="00677EAE">
            <w:pPr>
              <w:rPr>
                <w:rFonts w:ascii="Times New Roman" w:hAnsi="Times New Roman" w:cs="Times New Roman"/>
              </w:rPr>
            </w:pPr>
            <w:r w:rsidRPr="00657529">
              <w:rPr>
                <w:rFonts w:ascii="Times New Roman" w:hAnsi="Times New Roman" w:cs="Times New Roman"/>
              </w:rPr>
              <w:t>Work with membership chairman and officers to recruit new members. Assist in forming new groups, maintaining established groups, and supporting county organization.</w:t>
            </w:r>
          </w:p>
        </w:tc>
      </w:tr>
      <w:tr w:rsidR="00677EAE" w:rsidRPr="00657529" w14:paraId="4F0EEC28" w14:textId="77777777" w:rsidTr="79C1A3AE">
        <w:tc>
          <w:tcPr>
            <w:tcW w:w="558" w:type="dxa"/>
          </w:tcPr>
          <w:p w14:paraId="26CAC4CB" w14:textId="77777777" w:rsidR="00677EAE" w:rsidRPr="00657529" w:rsidRDefault="00677EAE">
            <w:pPr>
              <w:rPr>
                <w:rFonts w:ascii="Times New Roman" w:hAnsi="Times New Roman" w:cs="Times New Roman"/>
              </w:rPr>
            </w:pPr>
            <w:r w:rsidRPr="00657529">
              <w:rPr>
                <w:rFonts w:ascii="Times New Roman" w:hAnsi="Times New Roman" w:cs="Times New Roman"/>
              </w:rPr>
              <w:t>6</w:t>
            </w:r>
          </w:p>
        </w:tc>
        <w:tc>
          <w:tcPr>
            <w:tcW w:w="4968" w:type="dxa"/>
          </w:tcPr>
          <w:p w14:paraId="4BEC7996" w14:textId="467CB290" w:rsidR="00677EAE" w:rsidRPr="00657529" w:rsidRDefault="00677EAE" w:rsidP="79C1A3AE">
            <w:pPr>
              <w:rPr>
                <w:rFonts w:ascii="Times New Roman" w:hAnsi="Times New Roman" w:cs="Times New Roman"/>
              </w:rPr>
            </w:pPr>
            <w:r w:rsidRPr="00657529">
              <w:rPr>
                <w:rFonts w:ascii="Times New Roman" w:hAnsi="Times New Roman" w:cs="Times New Roman"/>
              </w:rPr>
              <w:t>Encourage organization and group members to participate in appropriate meetings at all organizational levels and share information with the Extension Educators, membership</w:t>
            </w:r>
            <w:r w:rsidR="6C7D15AB" w:rsidRPr="00657529">
              <w:rPr>
                <w:rFonts w:ascii="Times New Roman" w:hAnsi="Times New Roman" w:cs="Times New Roman"/>
              </w:rPr>
              <w:t>,</w:t>
            </w:r>
            <w:r w:rsidRPr="00657529">
              <w:rPr>
                <w:rFonts w:ascii="Times New Roman" w:hAnsi="Times New Roman" w:cs="Times New Roman"/>
              </w:rPr>
              <w:t xml:space="preserve"> and others</w:t>
            </w:r>
            <w:r w:rsidR="390268B8" w:rsidRPr="00657529">
              <w:rPr>
                <w:rFonts w:ascii="Times New Roman" w:hAnsi="Times New Roman" w:cs="Times New Roman"/>
              </w:rPr>
              <w:t>.</w:t>
            </w:r>
          </w:p>
        </w:tc>
        <w:tc>
          <w:tcPr>
            <w:tcW w:w="540" w:type="dxa"/>
          </w:tcPr>
          <w:p w14:paraId="4A01412A" w14:textId="77777777" w:rsidR="00677EAE" w:rsidRPr="00657529" w:rsidRDefault="00677EAE">
            <w:pPr>
              <w:rPr>
                <w:rFonts w:ascii="Times New Roman" w:hAnsi="Times New Roman" w:cs="Times New Roman"/>
              </w:rPr>
            </w:pPr>
            <w:r w:rsidRPr="00657529">
              <w:rPr>
                <w:rFonts w:ascii="Times New Roman" w:hAnsi="Times New Roman" w:cs="Times New Roman"/>
              </w:rPr>
              <w:t>6</w:t>
            </w:r>
          </w:p>
        </w:tc>
        <w:tc>
          <w:tcPr>
            <w:tcW w:w="4968" w:type="dxa"/>
          </w:tcPr>
          <w:p w14:paraId="2D2DC1A6" w14:textId="55A3041D" w:rsidR="00677EAE" w:rsidRPr="00657529" w:rsidRDefault="00677EAE">
            <w:pPr>
              <w:rPr>
                <w:rFonts w:ascii="Times New Roman" w:hAnsi="Times New Roman" w:cs="Times New Roman"/>
              </w:rPr>
            </w:pPr>
            <w:r w:rsidRPr="00657529">
              <w:rPr>
                <w:rFonts w:ascii="Times New Roman" w:hAnsi="Times New Roman" w:cs="Times New Roman"/>
              </w:rPr>
              <w:t>Participate in county, district</w:t>
            </w:r>
            <w:r w:rsidR="62089625" w:rsidRPr="00657529">
              <w:rPr>
                <w:rFonts w:ascii="Times New Roman" w:hAnsi="Times New Roman" w:cs="Times New Roman"/>
              </w:rPr>
              <w:t xml:space="preserve">, </w:t>
            </w:r>
            <w:r w:rsidRPr="00657529">
              <w:rPr>
                <w:rFonts w:ascii="Times New Roman" w:hAnsi="Times New Roman" w:cs="Times New Roman"/>
              </w:rPr>
              <w:t>and state meetings and encourage others to participate.</w:t>
            </w:r>
          </w:p>
          <w:p w14:paraId="4F6ACB87" w14:textId="77777777" w:rsidR="00677EAE" w:rsidRPr="00657529" w:rsidRDefault="00677EAE">
            <w:pPr>
              <w:rPr>
                <w:rFonts w:ascii="Times New Roman" w:hAnsi="Times New Roman" w:cs="Times New Roman"/>
              </w:rPr>
            </w:pPr>
          </w:p>
        </w:tc>
      </w:tr>
      <w:tr w:rsidR="00677EAE" w:rsidRPr="00657529" w14:paraId="78B8C2EA" w14:textId="77777777" w:rsidTr="79C1A3AE">
        <w:tc>
          <w:tcPr>
            <w:tcW w:w="558" w:type="dxa"/>
          </w:tcPr>
          <w:p w14:paraId="0A86ACE0" w14:textId="77777777" w:rsidR="00677EAE" w:rsidRPr="00657529" w:rsidRDefault="00677EAE">
            <w:pPr>
              <w:rPr>
                <w:rFonts w:ascii="Times New Roman" w:hAnsi="Times New Roman" w:cs="Times New Roman"/>
              </w:rPr>
            </w:pPr>
            <w:r w:rsidRPr="00657529">
              <w:rPr>
                <w:rFonts w:ascii="Times New Roman" w:hAnsi="Times New Roman" w:cs="Times New Roman"/>
              </w:rPr>
              <w:t>7</w:t>
            </w:r>
          </w:p>
        </w:tc>
        <w:tc>
          <w:tcPr>
            <w:tcW w:w="4968" w:type="dxa"/>
          </w:tcPr>
          <w:p w14:paraId="6BA2C7E4" w14:textId="77777777" w:rsidR="00677EAE" w:rsidRPr="00657529" w:rsidRDefault="00677EAE">
            <w:pPr>
              <w:rPr>
                <w:rFonts w:ascii="Times New Roman" w:hAnsi="Times New Roman" w:cs="Times New Roman"/>
              </w:rPr>
            </w:pPr>
            <w:r w:rsidRPr="00657529">
              <w:rPr>
                <w:rFonts w:ascii="Times New Roman" w:hAnsi="Times New Roman" w:cs="Times New Roman"/>
              </w:rPr>
              <w:t>Seek the advice and counsel of Extension Educator whenever conducting fund raising projects and activities in keeping with the needs of the community.</w:t>
            </w:r>
          </w:p>
        </w:tc>
        <w:tc>
          <w:tcPr>
            <w:tcW w:w="540" w:type="dxa"/>
          </w:tcPr>
          <w:p w14:paraId="5EDB70B5" w14:textId="77777777" w:rsidR="00677EAE" w:rsidRPr="00657529" w:rsidRDefault="00677EAE">
            <w:pPr>
              <w:rPr>
                <w:rFonts w:ascii="Times New Roman" w:hAnsi="Times New Roman" w:cs="Times New Roman"/>
              </w:rPr>
            </w:pPr>
            <w:r w:rsidRPr="00657529">
              <w:rPr>
                <w:rFonts w:ascii="Times New Roman" w:hAnsi="Times New Roman" w:cs="Times New Roman"/>
              </w:rPr>
              <w:t>7</w:t>
            </w:r>
          </w:p>
        </w:tc>
        <w:tc>
          <w:tcPr>
            <w:tcW w:w="4968" w:type="dxa"/>
          </w:tcPr>
          <w:p w14:paraId="237FCBC3" w14:textId="77777777" w:rsidR="00677EAE" w:rsidRPr="00657529" w:rsidRDefault="00677EAE">
            <w:pPr>
              <w:rPr>
                <w:rFonts w:ascii="Times New Roman" w:hAnsi="Times New Roman" w:cs="Times New Roman"/>
              </w:rPr>
            </w:pPr>
            <w:r w:rsidRPr="00657529">
              <w:rPr>
                <w:rFonts w:ascii="Times New Roman" w:hAnsi="Times New Roman" w:cs="Times New Roman"/>
              </w:rPr>
              <w:t>Provide advice and counsel, but do not engage in carrying out any fundraising activity. Oklahoma. State University &amp; OCES will not serve as a purchasing agent for OHCE.</w:t>
            </w:r>
          </w:p>
        </w:tc>
      </w:tr>
      <w:tr w:rsidR="00677EAE" w:rsidRPr="00657529" w14:paraId="5950AEB9" w14:textId="77777777" w:rsidTr="79C1A3AE">
        <w:tc>
          <w:tcPr>
            <w:tcW w:w="558" w:type="dxa"/>
          </w:tcPr>
          <w:p w14:paraId="631A8B5C" w14:textId="77777777" w:rsidR="00677EAE" w:rsidRPr="00657529" w:rsidRDefault="00677EAE">
            <w:pPr>
              <w:rPr>
                <w:rFonts w:ascii="Times New Roman" w:hAnsi="Times New Roman" w:cs="Times New Roman"/>
              </w:rPr>
            </w:pPr>
          </w:p>
        </w:tc>
        <w:tc>
          <w:tcPr>
            <w:tcW w:w="4968" w:type="dxa"/>
          </w:tcPr>
          <w:p w14:paraId="0C61281C" w14:textId="77777777" w:rsidR="00677EAE" w:rsidRPr="00657529" w:rsidRDefault="00677EAE">
            <w:pPr>
              <w:rPr>
                <w:rFonts w:ascii="Times New Roman" w:hAnsi="Times New Roman" w:cs="Times New Roman"/>
              </w:rPr>
            </w:pPr>
          </w:p>
        </w:tc>
        <w:tc>
          <w:tcPr>
            <w:tcW w:w="540" w:type="dxa"/>
          </w:tcPr>
          <w:p w14:paraId="064C6BEE" w14:textId="77777777" w:rsidR="00677EAE" w:rsidRPr="00657529" w:rsidRDefault="00677EAE">
            <w:pPr>
              <w:rPr>
                <w:rFonts w:ascii="Times New Roman" w:hAnsi="Times New Roman" w:cs="Times New Roman"/>
              </w:rPr>
            </w:pPr>
            <w:r w:rsidRPr="00657529">
              <w:rPr>
                <w:rFonts w:ascii="Times New Roman" w:hAnsi="Times New Roman" w:cs="Times New Roman"/>
              </w:rPr>
              <w:t>8</w:t>
            </w:r>
          </w:p>
        </w:tc>
        <w:tc>
          <w:tcPr>
            <w:tcW w:w="4968" w:type="dxa"/>
          </w:tcPr>
          <w:p w14:paraId="3CD52DF4" w14:textId="0CCD4ECB" w:rsidR="00677EAE" w:rsidRPr="00657529" w:rsidRDefault="00677EAE">
            <w:pPr>
              <w:rPr>
                <w:rFonts w:ascii="Times New Roman" w:hAnsi="Times New Roman" w:cs="Times New Roman"/>
              </w:rPr>
            </w:pPr>
            <w:r w:rsidRPr="00657529">
              <w:rPr>
                <w:rFonts w:ascii="Times New Roman" w:hAnsi="Times New Roman" w:cs="Times New Roman"/>
              </w:rPr>
              <w:t>Educator serves as liaison with local group(s) by participating in a minimum of 1 or 2 meetings of each local group, each year. At each local group meeting, provide leader lesson, mini</w:t>
            </w:r>
            <w:r w:rsidR="65132D11" w:rsidRPr="00657529">
              <w:rPr>
                <w:rFonts w:ascii="Times New Roman" w:hAnsi="Times New Roman" w:cs="Times New Roman"/>
              </w:rPr>
              <w:t xml:space="preserve"> –</w:t>
            </w:r>
            <w:r w:rsidRPr="00657529">
              <w:rPr>
                <w:rFonts w:ascii="Times New Roman" w:hAnsi="Times New Roman" w:cs="Times New Roman"/>
              </w:rPr>
              <w:t>lesson</w:t>
            </w:r>
            <w:r w:rsidR="65132D11" w:rsidRPr="00657529">
              <w:rPr>
                <w:rFonts w:ascii="Times New Roman" w:hAnsi="Times New Roman" w:cs="Times New Roman"/>
              </w:rPr>
              <w:t xml:space="preserve">, </w:t>
            </w:r>
            <w:r w:rsidRPr="00657529">
              <w:rPr>
                <w:rFonts w:ascii="Times New Roman" w:hAnsi="Times New Roman" w:cs="Times New Roman"/>
              </w:rPr>
              <w:t>or other educational information.</w:t>
            </w:r>
          </w:p>
        </w:tc>
      </w:tr>
    </w:tbl>
    <w:p w14:paraId="4DCBA967" w14:textId="77777777" w:rsidR="00677EAE" w:rsidRPr="00657529" w:rsidRDefault="00677EAE" w:rsidP="00677EAE">
      <w:pPr>
        <w:rPr>
          <w:rFonts w:ascii="Times New Roman" w:hAnsi="Times New Roman" w:cs="Times New Roman"/>
          <w:b/>
          <w:bCs/>
        </w:rPr>
      </w:pPr>
    </w:p>
    <w:p w14:paraId="7FB910CE" w14:textId="77777777" w:rsidR="00845E9D" w:rsidRPr="00657529" w:rsidRDefault="00845E9D" w:rsidP="004C7819">
      <w:pPr>
        <w:jc w:val="center"/>
        <w:rPr>
          <w:rFonts w:ascii="Times New Roman" w:hAnsi="Times New Roman" w:cs="Times New Roman"/>
          <w:b/>
          <w:bCs/>
        </w:rPr>
        <w:sectPr w:rsidR="00845E9D" w:rsidRPr="00657529" w:rsidSect="00B15750">
          <w:pgSz w:w="12240" w:h="15840"/>
          <w:pgMar w:top="720" w:right="720" w:bottom="720" w:left="720" w:header="720" w:footer="720" w:gutter="0"/>
          <w:cols w:space="720"/>
          <w:docGrid w:linePitch="360"/>
        </w:sectPr>
      </w:pPr>
    </w:p>
    <w:p w14:paraId="46506AA2" w14:textId="0B4106D2" w:rsidR="004C7819" w:rsidRPr="00657529" w:rsidRDefault="008D58C6" w:rsidP="004C7819">
      <w:pPr>
        <w:jc w:val="center"/>
        <w:rPr>
          <w:rFonts w:ascii="Times New Roman" w:hAnsi="Times New Roman" w:cs="Times New Roman"/>
          <w:b/>
          <w:bCs/>
        </w:rPr>
      </w:pPr>
      <w:r w:rsidRPr="00657529">
        <w:rPr>
          <w:rFonts w:ascii="Times New Roman" w:hAnsi="Times New Roman" w:cs="Times New Roman"/>
          <w:b/>
          <w:bCs/>
        </w:rPr>
        <w:lastRenderedPageBreak/>
        <w:t>B. PROGRAM PLANNING, DEVELOPMENT, AND EVALUATI</w:t>
      </w:r>
      <w:r w:rsidR="004C7819" w:rsidRPr="00657529">
        <w:rPr>
          <w:rFonts w:ascii="Times New Roman" w:hAnsi="Times New Roman" w:cs="Times New Roman"/>
          <w:b/>
          <w:bCs/>
        </w:rPr>
        <w:t>ON</w:t>
      </w:r>
    </w:p>
    <w:tbl>
      <w:tblPr>
        <w:tblStyle w:val="TableGrid"/>
        <w:tblW w:w="10924" w:type="dxa"/>
        <w:jc w:val="center"/>
        <w:tblCellMar>
          <w:top w:w="115" w:type="dxa"/>
          <w:bottom w:w="115" w:type="dxa"/>
        </w:tblCellMar>
        <w:tblLook w:val="04A0" w:firstRow="1" w:lastRow="0" w:firstColumn="1" w:lastColumn="0" w:noHBand="0" w:noVBand="1"/>
      </w:tblPr>
      <w:tblGrid>
        <w:gridCol w:w="504"/>
        <w:gridCol w:w="4968"/>
        <w:gridCol w:w="484"/>
        <w:gridCol w:w="4968"/>
      </w:tblGrid>
      <w:tr w:rsidR="00D61265" w:rsidRPr="00657529" w14:paraId="203CAB51" w14:textId="77777777" w:rsidTr="79C1A3AE">
        <w:trPr>
          <w:jc w:val="center"/>
        </w:trPr>
        <w:tc>
          <w:tcPr>
            <w:tcW w:w="504" w:type="dxa"/>
          </w:tcPr>
          <w:p w14:paraId="1085F2AE" w14:textId="77777777" w:rsidR="00D61265" w:rsidRPr="00657529" w:rsidRDefault="00D61265">
            <w:pPr>
              <w:rPr>
                <w:rFonts w:ascii="Times New Roman" w:hAnsi="Times New Roman" w:cs="Times New Roman"/>
                <w:u w:val="single"/>
              </w:rPr>
            </w:pPr>
          </w:p>
        </w:tc>
        <w:tc>
          <w:tcPr>
            <w:tcW w:w="4968" w:type="dxa"/>
          </w:tcPr>
          <w:p w14:paraId="7DBBC118" w14:textId="77777777" w:rsidR="00D61265" w:rsidRPr="00657529" w:rsidRDefault="00D61265">
            <w:pPr>
              <w:rPr>
                <w:rFonts w:ascii="Times New Roman" w:hAnsi="Times New Roman" w:cs="Times New Roman"/>
                <w:b/>
                <w:bCs/>
              </w:rPr>
            </w:pPr>
            <w:r w:rsidRPr="00657529">
              <w:rPr>
                <w:rFonts w:ascii="Times New Roman" w:hAnsi="Times New Roman" w:cs="Times New Roman"/>
                <w:b/>
                <w:bCs/>
              </w:rPr>
              <w:t>County Organization</w:t>
            </w:r>
          </w:p>
        </w:tc>
        <w:tc>
          <w:tcPr>
            <w:tcW w:w="484" w:type="dxa"/>
          </w:tcPr>
          <w:p w14:paraId="26EBA54A" w14:textId="77777777" w:rsidR="00D61265" w:rsidRPr="00657529" w:rsidRDefault="00D61265">
            <w:pPr>
              <w:rPr>
                <w:rFonts w:ascii="Times New Roman" w:hAnsi="Times New Roman" w:cs="Times New Roman"/>
                <w:b/>
                <w:bCs/>
                <w:u w:val="single"/>
              </w:rPr>
            </w:pPr>
          </w:p>
        </w:tc>
        <w:tc>
          <w:tcPr>
            <w:tcW w:w="4968" w:type="dxa"/>
          </w:tcPr>
          <w:p w14:paraId="777C7A1E" w14:textId="77777777" w:rsidR="00D61265" w:rsidRPr="00657529" w:rsidRDefault="00D61265">
            <w:pPr>
              <w:rPr>
                <w:rFonts w:ascii="Times New Roman" w:hAnsi="Times New Roman" w:cs="Times New Roman"/>
                <w:b/>
                <w:bCs/>
              </w:rPr>
            </w:pPr>
            <w:r w:rsidRPr="00657529">
              <w:rPr>
                <w:rFonts w:ascii="Times New Roman" w:hAnsi="Times New Roman" w:cs="Times New Roman"/>
                <w:b/>
                <w:bCs/>
              </w:rPr>
              <w:t>Extension Educator</w:t>
            </w:r>
          </w:p>
          <w:p w14:paraId="3930CD31" w14:textId="20A1BA80" w:rsidR="00D61265" w:rsidRPr="00657529" w:rsidRDefault="00D61265">
            <w:pPr>
              <w:rPr>
                <w:rFonts w:ascii="Times New Roman" w:hAnsi="Times New Roman" w:cs="Times New Roman"/>
                <w:b/>
                <w:bCs/>
                <w:u w:val="single"/>
              </w:rPr>
            </w:pPr>
            <w:r w:rsidRPr="00657529">
              <w:rPr>
                <w:rFonts w:ascii="Times New Roman" w:hAnsi="Times New Roman" w:cs="Times New Roman"/>
                <w:b/>
                <w:bCs/>
              </w:rPr>
              <w:t>Family &amp; Consumer Sciences</w:t>
            </w:r>
          </w:p>
        </w:tc>
      </w:tr>
      <w:tr w:rsidR="00D61265" w:rsidRPr="00657529" w14:paraId="6DE6B8FD" w14:textId="77777777" w:rsidTr="79C1A3AE">
        <w:trPr>
          <w:trHeight w:val="504"/>
          <w:jc w:val="center"/>
        </w:trPr>
        <w:tc>
          <w:tcPr>
            <w:tcW w:w="504" w:type="dxa"/>
          </w:tcPr>
          <w:p w14:paraId="52850616" w14:textId="77777777" w:rsidR="00D61265" w:rsidRPr="00657529" w:rsidRDefault="00D61265">
            <w:pPr>
              <w:rPr>
                <w:rFonts w:ascii="Times New Roman" w:hAnsi="Times New Roman" w:cs="Times New Roman"/>
              </w:rPr>
            </w:pPr>
            <w:r w:rsidRPr="00657529">
              <w:rPr>
                <w:rFonts w:ascii="Times New Roman" w:hAnsi="Times New Roman" w:cs="Times New Roman"/>
              </w:rPr>
              <w:t>1</w:t>
            </w:r>
          </w:p>
        </w:tc>
        <w:tc>
          <w:tcPr>
            <w:tcW w:w="4968" w:type="dxa"/>
          </w:tcPr>
          <w:p w14:paraId="544754A8" w14:textId="77777777" w:rsidR="00D61265" w:rsidRPr="00657529" w:rsidRDefault="00D61265">
            <w:pPr>
              <w:rPr>
                <w:rFonts w:ascii="Times New Roman" w:hAnsi="Times New Roman" w:cs="Times New Roman"/>
              </w:rPr>
            </w:pPr>
            <w:r w:rsidRPr="00657529">
              <w:rPr>
                <w:rFonts w:ascii="Times New Roman" w:hAnsi="Times New Roman" w:cs="Times New Roman"/>
              </w:rPr>
              <w:t>Identify and communicate educational program needs and concerns to the county Extension Program Advisory Committee (PAC).</w:t>
            </w:r>
          </w:p>
        </w:tc>
        <w:tc>
          <w:tcPr>
            <w:tcW w:w="484" w:type="dxa"/>
          </w:tcPr>
          <w:p w14:paraId="4F8782A1" w14:textId="77777777" w:rsidR="00D61265" w:rsidRPr="00657529" w:rsidRDefault="00D61265">
            <w:pPr>
              <w:rPr>
                <w:rFonts w:ascii="Times New Roman" w:hAnsi="Times New Roman" w:cs="Times New Roman"/>
              </w:rPr>
            </w:pPr>
            <w:r w:rsidRPr="00657529">
              <w:rPr>
                <w:rFonts w:ascii="Times New Roman" w:hAnsi="Times New Roman" w:cs="Times New Roman"/>
              </w:rPr>
              <w:t>1</w:t>
            </w:r>
          </w:p>
        </w:tc>
        <w:tc>
          <w:tcPr>
            <w:tcW w:w="4968" w:type="dxa"/>
          </w:tcPr>
          <w:p w14:paraId="1CAB2CE9" w14:textId="77777777" w:rsidR="00D61265" w:rsidRPr="00657529" w:rsidRDefault="00D61265">
            <w:pPr>
              <w:rPr>
                <w:rFonts w:ascii="Times New Roman" w:hAnsi="Times New Roman" w:cs="Times New Roman"/>
              </w:rPr>
            </w:pPr>
            <w:r w:rsidRPr="00657529">
              <w:rPr>
                <w:rFonts w:ascii="Times New Roman" w:hAnsi="Times New Roman" w:cs="Times New Roman"/>
              </w:rPr>
              <w:t>Develop a countywide Program Advisory Committee (PAC) to identify needs and include OHCE representation on the committee.</w:t>
            </w:r>
          </w:p>
        </w:tc>
      </w:tr>
      <w:tr w:rsidR="00D61265" w:rsidRPr="00657529" w14:paraId="19AD153C" w14:textId="77777777" w:rsidTr="79C1A3AE">
        <w:trPr>
          <w:jc w:val="center"/>
        </w:trPr>
        <w:tc>
          <w:tcPr>
            <w:tcW w:w="504" w:type="dxa"/>
          </w:tcPr>
          <w:p w14:paraId="4753B3A7" w14:textId="77777777" w:rsidR="00D61265" w:rsidRPr="00657529" w:rsidRDefault="00D61265">
            <w:pPr>
              <w:rPr>
                <w:rFonts w:ascii="Times New Roman" w:hAnsi="Times New Roman" w:cs="Times New Roman"/>
              </w:rPr>
            </w:pPr>
            <w:r w:rsidRPr="00657529">
              <w:rPr>
                <w:rFonts w:ascii="Times New Roman" w:hAnsi="Times New Roman" w:cs="Times New Roman"/>
              </w:rPr>
              <w:t>2</w:t>
            </w:r>
          </w:p>
        </w:tc>
        <w:tc>
          <w:tcPr>
            <w:tcW w:w="4968" w:type="dxa"/>
          </w:tcPr>
          <w:p w14:paraId="711FDD2A" w14:textId="0F8C544F" w:rsidR="00D61265" w:rsidRPr="00657529" w:rsidRDefault="68C5B903">
            <w:pPr>
              <w:rPr>
                <w:rFonts w:ascii="Times New Roman" w:hAnsi="Times New Roman" w:cs="Times New Roman"/>
              </w:rPr>
            </w:pPr>
            <w:r w:rsidRPr="00657529">
              <w:rPr>
                <w:rFonts w:ascii="Times New Roman" w:hAnsi="Times New Roman" w:cs="Times New Roman"/>
              </w:rPr>
              <w:t xml:space="preserve"> Coordinate with Extension Educator(s) in planning, implementing, and evaluating quality research-based educational FCS programs.</w:t>
            </w:r>
          </w:p>
        </w:tc>
        <w:tc>
          <w:tcPr>
            <w:tcW w:w="484" w:type="dxa"/>
          </w:tcPr>
          <w:p w14:paraId="6E7489BE" w14:textId="77777777" w:rsidR="00D61265" w:rsidRPr="00657529" w:rsidRDefault="00D61265">
            <w:pPr>
              <w:rPr>
                <w:rFonts w:ascii="Times New Roman" w:hAnsi="Times New Roman" w:cs="Times New Roman"/>
              </w:rPr>
            </w:pPr>
            <w:r w:rsidRPr="00657529">
              <w:rPr>
                <w:rFonts w:ascii="Times New Roman" w:hAnsi="Times New Roman" w:cs="Times New Roman"/>
              </w:rPr>
              <w:t>2</w:t>
            </w:r>
          </w:p>
        </w:tc>
        <w:tc>
          <w:tcPr>
            <w:tcW w:w="4968" w:type="dxa"/>
          </w:tcPr>
          <w:p w14:paraId="07D53709" w14:textId="1B733561" w:rsidR="00D61265" w:rsidRPr="00657529" w:rsidRDefault="68C5B903">
            <w:pPr>
              <w:rPr>
                <w:rFonts w:ascii="Times New Roman" w:hAnsi="Times New Roman" w:cs="Times New Roman"/>
              </w:rPr>
            </w:pPr>
            <w:r w:rsidRPr="00657529">
              <w:rPr>
                <w:rFonts w:ascii="Times New Roman" w:hAnsi="Times New Roman" w:cs="Times New Roman"/>
              </w:rPr>
              <w:t>Cooperate with county organization officers and committees in planning, implementing and evaluating quality research-based FCS programs.</w:t>
            </w:r>
          </w:p>
        </w:tc>
      </w:tr>
      <w:tr w:rsidR="00D61265" w:rsidRPr="00657529" w14:paraId="5EF56FFD" w14:textId="77777777" w:rsidTr="79C1A3AE">
        <w:trPr>
          <w:jc w:val="center"/>
        </w:trPr>
        <w:tc>
          <w:tcPr>
            <w:tcW w:w="504" w:type="dxa"/>
          </w:tcPr>
          <w:p w14:paraId="201464C8" w14:textId="77777777" w:rsidR="00D61265" w:rsidRPr="00657529" w:rsidRDefault="00D61265">
            <w:pPr>
              <w:rPr>
                <w:rFonts w:ascii="Times New Roman" w:hAnsi="Times New Roman" w:cs="Times New Roman"/>
              </w:rPr>
            </w:pPr>
            <w:r w:rsidRPr="00657529">
              <w:rPr>
                <w:rFonts w:ascii="Times New Roman" w:hAnsi="Times New Roman" w:cs="Times New Roman"/>
              </w:rPr>
              <w:t>3</w:t>
            </w:r>
          </w:p>
        </w:tc>
        <w:tc>
          <w:tcPr>
            <w:tcW w:w="4968" w:type="dxa"/>
          </w:tcPr>
          <w:p w14:paraId="496B1928" w14:textId="0BB6D2FB" w:rsidR="00D61265" w:rsidRPr="00657529" w:rsidRDefault="68C5B903">
            <w:pPr>
              <w:rPr>
                <w:rFonts w:ascii="Times New Roman" w:hAnsi="Times New Roman" w:cs="Times New Roman"/>
              </w:rPr>
            </w:pPr>
            <w:r w:rsidRPr="00657529">
              <w:rPr>
                <w:rFonts w:ascii="Times New Roman" w:hAnsi="Times New Roman" w:cs="Times New Roman"/>
              </w:rPr>
              <w:t>Assume the responsibility for receiving educational material for monthly educational lesson</w:t>
            </w:r>
            <w:r w:rsidR="4B1BDC58" w:rsidRPr="00657529">
              <w:rPr>
                <w:rFonts w:ascii="Times New Roman" w:hAnsi="Times New Roman" w:cs="Times New Roman"/>
              </w:rPr>
              <w:t xml:space="preserve">s </w:t>
            </w:r>
            <w:r w:rsidRPr="00657529">
              <w:rPr>
                <w:rFonts w:ascii="Times New Roman" w:hAnsi="Times New Roman" w:cs="Times New Roman"/>
              </w:rPr>
              <w:t>at leader training.</w:t>
            </w:r>
          </w:p>
        </w:tc>
        <w:tc>
          <w:tcPr>
            <w:tcW w:w="484" w:type="dxa"/>
          </w:tcPr>
          <w:p w14:paraId="2CB0FED4" w14:textId="77777777" w:rsidR="00D61265" w:rsidRPr="00657529" w:rsidRDefault="00D61265">
            <w:pPr>
              <w:rPr>
                <w:rFonts w:ascii="Times New Roman" w:hAnsi="Times New Roman" w:cs="Times New Roman"/>
              </w:rPr>
            </w:pPr>
            <w:r w:rsidRPr="00657529">
              <w:rPr>
                <w:rFonts w:ascii="Times New Roman" w:hAnsi="Times New Roman" w:cs="Times New Roman"/>
              </w:rPr>
              <w:t>3</w:t>
            </w:r>
          </w:p>
        </w:tc>
        <w:tc>
          <w:tcPr>
            <w:tcW w:w="4968" w:type="dxa"/>
          </w:tcPr>
          <w:p w14:paraId="1D2CE90E" w14:textId="77777777" w:rsidR="00D61265" w:rsidRPr="00657529" w:rsidRDefault="00D61265">
            <w:pPr>
              <w:rPr>
                <w:rFonts w:ascii="Times New Roman" w:hAnsi="Times New Roman" w:cs="Times New Roman"/>
              </w:rPr>
            </w:pPr>
            <w:r w:rsidRPr="00657529">
              <w:rPr>
                <w:rFonts w:ascii="Times New Roman" w:hAnsi="Times New Roman" w:cs="Times New Roman"/>
              </w:rPr>
              <w:t>Identify FCS educational resources relevant to OHCE educational lessons.</w:t>
            </w:r>
          </w:p>
        </w:tc>
      </w:tr>
      <w:tr w:rsidR="00D61265" w:rsidRPr="00657529" w14:paraId="55785A48" w14:textId="77777777" w:rsidTr="79C1A3AE">
        <w:trPr>
          <w:jc w:val="center"/>
        </w:trPr>
        <w:tc>
          <w:tcPr>
            <w:tcW w:w="504" w:type="dxa"/>
          </w:tcPr>
          <w:p w14:paraId="08D615B4" w14:textId="77777777" w:rsidR="00D61265" w:rsidRPr="00657529" w:rsidRDefault="00D61265">
            <w:pPr>
              <w:rPr>
                <w:rFonts w:ascii="Times New Roman" w:hAnsi="Times New Roman" w:cs="Times New Roman"/>
              </w:rPr>
            </w:pPr>
            <w:r w:rsidRPr="00657529">
              <w:rPr>
                <w:rFonts w:ascii="Times New Roman" w:hAnsi="Times New Roman" w:cs="Times New Roman"/>
              </w:rPr>
              <w:t>4</w:t>
            </w:r>
          </w:p>
        </w:tc>
        <w:tc>
          <w:tcPr>
            <w:tcW w:w="4968" w:type="dxa"/>
          </w:tcPr>
          <w:p w14:paraId="180B573C" w14:textId="77777777" w:rsidR="00D61265" w:rsidRPr="00657529" w:rsidRDefault="00D61265">
            <w:pPr>
              <w:rPr>
                <w:rFonts w:ascii="Times New Roman" w:hAnsi="Times New Roman" w:cs="Times New Roman"/>
              </w:rPr>
            </w:pPr>
            <w:r w:rsidRPr="00657529">
              <w:rPr>
                <w:rFonts w:ascii="Times New Roman" w:hAnsi="Times New Roman" w:cs="Times New Roman"/>
              </w:rPr>
              <w:t>Plan a minimum of 10 educationally designed lessons to meet county needs and specific behavioral and/or community outcomes.</w:t>
            </w:r>
          </w:p>
        </w:tc>
        <w:tc>
          <w:tcPr>
            <w:tcW w:w="484" w:type="dxa"/>
          </w:tcPr>
          <w:p w14:paraId="061E5F29" w14:textId="77777777" w:rsidR="00D61265" w:rsidRPr="00657529" w:rsidRDefault="00D61265">
            <w:pPr>
              <w:rPr>
                <w:rFonts w:ascii="Times New Roman" w:hAnsi="Times New Roman" w:cs="Times New Roman"/>
              </w:rPr>
            </w:pPr>
            <w:r w:rsidRPr="00657529">
              <w:rPr>
                <w:rFonts w:ascii="Times New Roman" w:hAnsi="Times New Roman" w:cs="Times New Roman"/>
              </w:rPr>
              <w:t>4</w:t>
            </w:r>
          </w:p>
        </w:tc>
        <w:tc>
          <w:tcPr>
            <w:tcW w:w="4968" w:type="dxa"/>
          </w:tcPr>
          <w:p w14:paraId="56354A83" w14:textId="77777777" w:rsidR="00D61265" w:rsidRPr="00657529" w:rsidRDefault="00D61265">
            <w:pPr>
              <w:rPr>
                <w:rFonts w:ascii="Times New Roman" w:hAnsi="Times New Roman" w:cs="Times New Roman"/>
              </w:rPr>
            </w:pPr>
            <w:r w:rsidRPr="00657529">
              <w:rPr>
                <w:rFonts w:ascii="Times New Roman" w:hAnsi="Times New Roman" w:cs="Times New Roman"/>
              </w:rPr>
              <w:t>Encourage county organization in its educational program planning implementation and evaluation.</w:t>
            </w:r>
          </w:p>
        </w:tc>
      </w:tr>
      <w:tr w:rsidR="00D61265" w:rsidRPr="00657529" w14:paraId="706441C4" w14:textId="77777777" w:rsidTr="79C1A3AE">
        <w:trPr>
          <w:jc w:val="center"/>
        </w:trPr>
        <w:tc>
          <w:tcPr>
            <w:tcW w:w="504" w:type="dxa"/>
          </w:tcPr>
          <w:p w14:paraId="052C5C12" w14:textId="77777777" w:rsidR="00D61265" w:rsidRPr="00657529" w:rsidRDefault="00D61265">
            <w:pPr>
              <w:rPr>
                <w:rFonts w:ascii="Times New Roman" w:hAnsi="Times New Roman" w:cs="Times New Roman"/>
              </w:rPr>
            </w:pPr>
            <w:r w:rsidRPr="00657529">
              <w:rPr>
                <w:rFonts w:ascii="Times New Roman" w:hAnsi="Times New Roman" w:cs="Times New Roman"/>
              </w:rPr>
              <w:t>5</w:t>
            </w:r>
          </w:p>
        </w:tc>
        <w:tc>
          <w:tcPr>
            <w:tcW w:w="4968" w:type="dxa"/>
          </w:tcPr>
          <w:p w14:paraId="11D4BED6" w14:textId="77777777" w:rsidR="00D61265" w:rsidRPr="00657529" w:rsidRDefault="00D61265">
            <w:pPr>
              <w:rPr>
                <w:rFonts w:ascii="Times New Roman" w:hAnsi="Times New Roman" w:cs="Times New Roman"/>
              </w:rPr>
            </w:pPr>
            <w:r w:rsidRPr="00657529">
              <w:rPr>
                <w:rFonts w:ascii="Times New Roman" w:hAnsi="Times New Roman" w:cs="Times New Roman"/>
              </w:rPr>
              <w:t>OHCE leaders provide educational programs to local groups and others and assist FCS Extension Educators, in subject matter training sessions.</w:t>
            </w:r>
          </w:p>
        </w:tc>
        <w:tc>
          <w:tcPr>
            <w:tcW w:w="484" w:type="dxa"/>
          </w:tcPr>
          <w:p w14:paraId="29A9D63C" w14:textId="77777777" w:rsidR="00D61265" w:rsidRPr="00657529" w:rsidRDefault="00D61265">
            <w:pPr>
              <w:rPr>
                <w:rFonts w:ascii="Times New Roman" w:hAnsi="Times New Roman" w:cs="Times New Roman"/>
              </w:rPr>
            </w:pPr>
            <w:r w:rsidRPr="00657529">
              <w:rPr>
                <w:rFonts w:ascii="Times New Roman" w:hAnsi="Times New Roman" w:cs="Times New Roman"/>
              </w:rPr>
              <w:t>5</w:t>
            </w:r>
          </w:p>
        </w:tc>
        <w:tc>
          <w:tcPr>
            <w:tcW w:w="4968" w:type="dxa"/>
          </w:tcPr>
          <w:p w14:paraId="738C8200" w14:textId="77777777" w:rsidR="00D61265" w:rsidRPr="00657529" w:rsidRDefault="00D61265">
            <w:pPr>
              <w:rPr>
                <w:rFonts w:ascii="Times New Roman" w:hAnsi="Times New Roman" w:cs="Times New Roman"/>
              </w:rPr>
            </w:pPr>
            <w:r w:rsidRPr="00657529">
              <w:rPr>
                <w:rFonts w:ascii="Times New Roman" w:hAnsi="Times New Roman" w:cs="Times New Roman"/>
              </w:rPr>
              <w:t>Educate OHCE leaders in subject matter and teaching methods to give educational programs to local groups and others.</w:t>
            </w:r>
          </w:p>
        </w:tc>
      </w:tr>
      <w:tr w:rsidR="00D61265" w:rsidRPr="00657529" w14:paraId="5BE0BCE6" w14:textId="77777777" w:rsidTr="79C1A3AE">
        <w:trPr>
          <w:jc w:val="center"/>
        </w:trPr>
        <w:tc>
          <w:tcPr>
            <w:tcW w:w="504" w:type="dxa"/>
          </w:tcPr>
          <w:p w14:paraId="513C0180" w14:textId="77777777" w:rsidR="00D61265" w:rsidRPr="00657529" w:rsidRDefault="00D61265">
            <w:pPr>
              <w:rPr>
                <w:rFonts w:ascii="Times New Roman" w:hAnsi="Times New Roman" w:cs="Times New Roman"/>
              </w:rPr>
            </w:pPr>
            <w:r w:rsidRPr="00657529">
              <w:rPr>
                <w:rFonts w:ascii="Times New Roman" w:hAnsi="Times New Roman" w:cs="Times New Roman"/>
              </w:rPr>
              <w:t>6</w:t>
            </w:r>
          </w:p>
        </w:tc>
        <w:tc>
          <w:tcPr>
            <w:tcW w:w="4968" w:type="dxa"/>
          </w:tcPr>
          <w:p w14:paraId="06126ABD" w14:textId="77777777" w:rsidR="00D61265" w:rsidRPr="00657529" w:rsidRDefault="00D61265">
            <w:pPr>
              <w:rPr>
                <w:rFonts w:ascii="Times New Roman" w:hAnsi="Times New Roman" w:cs="Times New Roman"/>
              </w:rPr>
            </w:pPr>
            <w:r w:rsidRPr="00657529">
              <w:rPr>
                <w:rFonts w:ascii="Times New Roman" w:hAnsi="Times New Roman" w:cs="Times New Roman"/>
              </w:rPr>
              <w:t>Plan and prepare OHCE Yearbook.</w:t>
            </w:r>
          </w:p>
        </w:tc>
        <w:tc>
          <w:tcPr>
            <w:tcW w:w="484" w:type="dxa"/>
          </w:tcPr>
          <w:p w14:paraId="0B9582F8" w14:textId="77777777" w:rsidR="00D61265" w:rsidRPr="00657529" w:rsidRDefault="00D61265">
            <w:pPr>
              <w:rPr>
                <w:rFonts w:ascii="Times New Roman" w:hAnsi="Times New Roman" w:cs="Times New Roman"/>
              </w:rPr>
            </w:pPr>
            <w:r w:rsidRPr="00657529">
              <w:rPr>
                <w:rFonts w:ascii="Times New Roman" w:hAnsi="Times New Roman" w:cs="Times New Roman"/>
              </w:rPr>
              <w:t>6</w:t>
            </w:r>
          </w:p>
        </w:tc>
        <w:tc>
          <w:tcPr>
            <w:tcW w:w="4968" w:type="dxa"/>
          </w:tcPr>
          <w:p w14:paraId="01CE2150" w14:textId="77777777" w:rsidR="00D61265" w:rsidRPr="00657529" w:rsidRDefault="00D61265">
            <w:pPr>
              <w:rPr>
                <w:rFonts w:ascii="Times New Roman" w:hAnsi="Times New Roman" w:cs="Times New Roman"/>
              </w:rPr>
            </w:pPr>
            <w:r w:rsidRPr="00657529">
              <w:rPr>
                <w:rFonts w:ascii="Times New Roman" w:hAnsi="Times New Roman" w:cs="Times New Roman"/>
              </w:rPr>
              <w:t>Assist in planning and preparation of OHCE yearbook.</w:t>
            </w:r>
          </w:p>
        </w:tc>
      </w:tr>
      <w:tr w:rsidR="00D61265" w:rsidRPr="00657529" w14:paraId="5801B7D5" w14:textId="77777777" w:rsidTr="79C1A3AE">
        <w:trPr>
          <w:jc w:val="center"/>
        </w:trPr>
        <w:tc>
          <w:tcPr>
            <w:tcW w:w="504" w:type="dxa"/>
          </w:tcPr>
          <w:p w14:paraId="57BB9E4B" w14:textId="77777777" w:rsidR="00D61265" w:rsidRPr="00657529" w:rsidRDefault="00D61265">
            <w:pPr>
              <w:rPr>
                <w:rFonts w:ascii="Times New Roman" w:hAnsi="Times New Roman" w:cs="Times New Roman"/>
              </w:rPr>
            </w:pPr>
            <w:r w:rsidRPr="00657529">
              <w:rPr>
                <w:rFonts w:ascii="Times New Roman" w:hAnsi="Times New Roman" w:cs="Times New Roman"/>
              </w:rPr>
              <w:t>7</w:t>
            </w:r>
          </w:p>
        </w:tc>
        <w:tc>
          <w:tcPr>
            <w:tcW w:w="4968" w:type="dxa"/>
          </w:tcPr>
          <w:p w14:paraId="53B492D0" w14:textId="77777777" w:rsidR="00D61265" w:rsidRPr="00657529" w:rsidRDefault="00D61265">
            <w:pPr>
              <w:rPr>
                <w:rFonts w:ascii="Times New Roman" w:hAnsi="Times New Roman" w:cs="Times New Roman"/>
              </w:rPr>
            </w:pPr>
            <w:r w:rsidRPr="00657529">
              <w:rPr>
                <w:rFonts w:ascii="Times New Roman" w:hAnsi="Times New Roman" w:cs="Times New Roman"/>
              </w:rPr>
              <w:t>Develop goals and conduct plan of action through county OHCE committees using guidelines from state goals and county identified needs.</w:t>
            </w:r>
          </w:p>
        </w:tc>
        <w:tc>
          <w:tcPr>
            <w:tcW w:w="484" w:type="dxa"/>
          </w:tcPr>
          <w:p w14:paraId="51712129" w14:textId="77777777" w:rsidR="00D61265" w:rsidRPr="00657529" w:rsidRDefault="00D61265">
            <w:pPr>
              <w:rPr>
                <w:rFonts w:ascii="Times New Roman" w:hAnsi="Times New Roman" w:cs="Times New Roman"/>
              </w:rPr>
            </w:pPr>
            <w:r w:rsidRPr="00657529">
              <w:rPr>
                <w:rFonts w:ascii="Times New Roman" w:hAnsi="Times New Roman" w:cs="Times New Roman"/>
              </w:rPr>
              <w:t>7</w:t>
            </w:r>
          </w:p>
        </w:tc>
        <w:tc>
          <w:tcPr>
            <w:tcW w:w="4968" w:type="dxa"/>
          </w:tcPr>
          <w:p w14:paraId="7C11F570" w14:textId="77777777" w:rsidR="00D61265" w:rsidRPr="00657529" w:rsidRDefault="00D61265">
            <w:pPr>
              <w:rPr>
                <w:rFonts w:ascii="Times New Roman" w:hAnsi="Times New Roman" w:cs="Times New Roman"/>
              </w:rPr>
            </w:pPr>
            <w:r w:rsidRPr="00657529">
              <w:rPr>
                <w:rFonts w:ascii="Times New Roman" w:hAnsi="Times New Roman" w:cs="Times New Roman"/>
              </w:rPr>
              <w:t>Serve as resource person as committees carry out plan of action.</w:t>
            </w:r>
          </w:p>
        </w:tc>
      </w:tr>
      <w:tr w:rsidR="00D61265" w:rsidRPr="00657529" w14:paraId="1BFA50A2" w14:textId="77777777" w:rsidTr="79C1A3AE">
        <w:trPr>
          <w:jc w:val="center"/>
        </w:trPr>
        <w:tc>
          <w:tcPr>
            <w:tcW w:w="504" w:type="dxa"/>
          </w:tcPr>
          <w:p w14:paraId="54F640AB" w14:textId="77777777" w:rsidR="00D61265" w:rsidRPr="00657529" w:rsidRDefault="00D61265">
            <w:pPr>
              <w:rPr>
                <w:rFonts w:ascii="Times New Roman" w:hAnsi="Times New Roman" w:cs="Times New Roman"/>
              </w:rPr>
            </w:pPr>
            <w:r w:rsidRPr="00657529">
              <w:rPr>
                <w:rFonts w:ascii="Times New Roman" w:hAnsi="Times New Roman" w:cs="Times New Roman"/>
              </w:rPr>
              <w:t>8</w:t>
            </w:r>
          </w:p>
        </w:tc>
        <w:tc>
          <w:tcPr>
            <w:tcW w:w="4968" w:type="dxa"/>
          </w:tcPr>
          <w:p w14:paraId="061BB53E" w14:textId="77777777" w:rsidR="00D61265" w:rsidRPr="00657529" w:rsidRDefault="00D61265">
            <w:pPr>
              <w:rPr>
                <w:rFonts w:ascii="Times New Roman" w:hAnsi="Times New Roman" w:cs="Times New Roman"/>
              </w:rPr>
            </w:pPr>
            <w:r w:rsidRPr="00657529">
              <w:rPr>
                <w:rFonts w:ascii="Times New Roman" w:hAnsi="Times New Roman" w:cs="Times New Roman"/>
              </w:rPr>
              <w:t xml:space="preserve">Assume responsibility of directing committee chairs and members completing reports and awards applications. </w:t>
            </w:r>
          </w:p>
        </w:tc>
        <w:tc>
          <w:tcPr>
            <w:tcW w:w="484" w:type="dxa"/>
          </w:tcPr>
          <w:p w14:paraId="7004CC2F" w14:textId="77777777" w:rsidR="00D61265" w:rsidRPr="00657529" w:rsidRDefault="00D61265">
            <w:pPr>
              <w:rPr>
                <w:rFonts w:ascii="Times New Roman" w:hAnsi="Times New Roman" w:cs="Times New Roman"/>
              </w:rPr>
            </w:pPr>
            <w:r w:rsidRPr="00657529">
              <w:rPr>
                <w:rFonts w:ascii="Times New Roman" w:hAnsi="Times New Roman" w:cs="Times New Roman"/>
              </w:rPr>
              <w:t>8</w:t>
            </w:r>
          </w:p>
        </w:tc>
        <w:tc>
          <w:tcPr>
            <w:tcW w:w="4968" w:type="dxa"/>
          </w:tcPr>
          <w:p w14:paraId="031A1DEA" w14:textId="77777777" w:rsidR="00D61265" w:rsidRPr="00657529" w:rsidRDefault="00D61265">
            <w:pPr>
              <w:rPr>
                <w:rFonts w:ascii="Times New Roman" w:hAnsi="Times New Roman" w:cs="Times New Roman"/>
              </w:rPr>
            </w:pPr>
            <w:r w:rsidRPr="00657529">
              <w:rPr>
                <w:rFonts w:ascii="Times New Roman" w:hAnsi="Times New Roman" w:cs="Times New Roman"/>
              </w:rPr>
              <w:t>Assist in providing leadership to committee chairs in completing reports and awards applications.</w:t>
            </w:r>
          </w:p>
        </w:tc>
      </w:tr>
      <w:tr w:rsidR="00D61265" w:rsidRPr="00657529" w14:paraId="1092C8FF" w14:textId="77777777" w:rsidTr="79C1A3AE">
        <w:trPr>
          <w:jc w:val="center"/>
        </w:trPr>
        <w:tc>
          <w:tcPr>
            <w:tcW w:w="504" w:type="dxa"/>
          </w:tcPr>
          <w:p w14:paraId="6CF41A49" w14:textId="77777777" w:rsidR="00D61265" w:rsidRPr="00657529" w:rsidRDefault="00D61265">
            <w:pPr>
              <w:rPr>
                <w:rFonts w:ascii="Times New Roman" w:hAnsi="Times New Roman" w:cs="Times New Roman"/>
              </w:rPr>
            </w:pPr>
            <w:r w:rsidRPr="00657529">
              <w:rPr>
                <w:rFonts w:ascii="Times New Roman" w:hAnsi="Times New Roman" w:cs="Times New Roman"/>
              </w:rPr>
              <w:t>9</w:t>
            </w:r>
          </w:p>
        </w:tc>
        <w:tc>
          <w:tcPr>
            <w:tcW w:w="4968" w:type="dxa"/>
          </w:tcPr>
          <w:p w14:paraId="6BA165A4" w14:textId="77777777" w:rsidR="00D61265" w:rsidRPr="00657529" w:rsidRDefault="00D61265">
            <w:pPr>
              <w:rPr>
                <w:rFonts w:ascii="Times New Roman" w:hAnsi="Times New Roman" w:cs="Times New Roman"/>
              </w:rPr>
            </w:pPr>
            <w:r w:rsidRPr="00657529">
              <w:rPr>
                <w:rFonts w:ascii="Times New Roman" w:hAnsi="Times New Roman" w:cs="Times New Roman"/>
              </w:rPr>
              <w:t>Assist the Extension Educator in evaluating educational programs. OHCE leaders should provide evaluation and impact reports of their state and special projects to Extension Educators for reporting and recordkeeping. OHCE should report volunteer hours.</w:t>
            </w:r>
          </w:p>
        </w:tc>
        <w:tc>
          <w:tcPr>
            <w:tcW w:w="484" w:type="dxa"/>
          </w:tcPr>
          <w:p w14:paraId="29C53FD6" w14:textId="77777777" w:rsidR="00D61265" w:rsidRPr="00657529" w:rsidRDefault="00D61265">
            <w:pPr>
              <w:rPr>
                <w:rFonts w:ascii="Times New Roman" w:hAnsi="Times New Roman" w:cs="Times New Roman"/>
              </w:rPr>
            </w:pPr>
            <w:r w:rsidRPr="00657529">
              <w:rPr>
                <w:rFonts w:ascii="Times New Roman" w:hAnsi="Times New Roman" w:cs="Times New Roman"/>
              </w:rPr>
              <w:t>9</w:t>
            </w:r>
          </w:p>
        </w:tc>
        <w:tc>
          <w:tcPr>
            <w:tcW w:w="4968" w:type="dxa"/>
          </w:tcPr>
          <w:p w14:paraId="0F2EC6F1" w14:textId="77777777" w:rsidR="00D61265" w:rsidRPr="00657529" w:rsidRDefault="00D61265">
            <w:pPr>
              <w:rPr>
                <w:rFonts w:ascii="Times New Roman" w:hAnsi="Times New Roman" w:cs="Times New Roman"/>
              </w:rPr>
            </w:pPr>
            <w:r w:rsidRPr="00657529">
              <w:rPr>
                <w:rFonts w:ascii="Times New Roman" w:hAnsi="Times New Roman" w:cs="Times New Roman"/>
              </w:rPr>
              <w:t>Evaluate educational programs of OHCE as needed for total Extension educational and reporting purposes (to enter under the OCES Program Activity Reporting System - PARS). To that effect, Educators should request volunteer hours, project outcomes and evaluations from the county OHCE local organization.</w:t>
            </w:r>
          </w:p>
        </w:tc>
      </w:tr>
      <w:tr w:rsidR="00D61265" w:rsidRPr="00657529" w14:paraId="3462B50B" w14:textId="77777777" w:rsidTr="79C1A3AE">
        <w:trPr>
          <w:jc w:val="center"/>
        </w:trPr>
        <w:tc>
          <w:tcPr>
            <w:tcW w:w="504" w:type="dxa"/>
          </w:tcPr>
          <w:p w14:paraId="6A359003" w14:textId="77777777" w:rsidR="00D61265" w:rsidRPr="00657529" w:rsidRDefault="00D61265">
            <w:pPr>
              <w:rPr>
                <w:rFonts w:ascii="Times New Roman" w:hAnsi="Times New Roman" w:cs="Times New Roman"/>
              </w:rPr>
            </w:pPr>
            <w:r w:rsidRPr="00657529">
              <w:rPr>
                <w:rFonts w:ascii="Times New Roman" w:hAnsi="Times New Roman" w:cs="Times New Roman"/>
              </w:rPr>
              <w:t>10</w:t>
            </w:r>
          </w:p>
        </w:tc>
        <w:tc>
          <w:tcPr>
            <w:tcW w:w="4968" w:type="dxa"/>
          </w:tcPr>
          <w:p w14:paraId="23E2B7D5" w14:textId="77777777" w:rsidR="00D61265" w:rsidRPr="00657529" w:rsidRDefault="00D61265">
            <w:pPr>
              <w:rPr>
                <w:rFonts w:ascii="Times New Roman" w:hAnsi="Times New Roman" w:cs="Times New Roman"/>
              </w:rPr>
            </w:pPr>
            <w:r w:rsidRPr="00657529">
              <w:rPr>
                <w:rFonts w:ascii="Times New Roman" w:hAnsi="Times New Roman" w:cs="Times New Roman"/>
              </w:rPr>
              <w:t>Assume responsibility for the county training for OHCE special statewide educational programs.</w:t>
            </w:r>
          </w:p>
        </w:tc>
        <w:tc>
          <w:tcPr>
            <w:tcW w:w="484" w:type="dxa"/>
          </w:tcPr>
          <w:p w14:paraId="4BB319B4" w14:textId="77777777" w:rsidR="00D61265" w:rsidRPr="00657529" w:rsidRDefault="00D61265">
            <w:pPr>
              <w:rPr>
                <w:rFonts w:ascii="Times New Roman" w:hAnsi="Times New Roman" w:cs="Times New Roman"/>
              </w:rPr>
            </w:pPr>
            <w:r w:rsidRPr="00657529">
              <w:rPr>
                <w:rFonts w:ascii="Times New Roman" w:hAnsi="Times New Roman" w:cs="Times New Roman"/>
              </w:rPr>
              <w:t>10</w:t>
            </w:r>
          </w:p>
        </w:tc>
        <w:tc>
          <w:tcPr>
            <w:tcW w:w="4968" w:type="dxa"/>
          </w:tcPr>
          <w:p w14:paraId="30EDF87E" w14:textId="77777777" w:rsidR="00D61265" w:rsidRPr="00657529" w:rsidRDefault="00D61265">
            <w:pPr>
              <w:rPr>
                <w:rFonts w:ascii="Times New Roman" w:hAnsi="Times New Roman" w:cs="Times New Roman"/>
              </w:rPr>
            </w:pPr>
            <w:r w:rsidRPr="00657529">
              <w:rPr>
                <w:rFonts w:ascii="Times New Roman" w:hAnsi="Times New Roman" w:cs="Times New Roman"/>
              </w:rPr>
              <w:t>Identify educational resources relevant to OHCE special statewide educational programs. Teach educational programs when appropriate.</w:t>
            </w:r>
          </w:p>
        </w:tc>
      </w:tr>
    </w:tbl>
    <w:p w14:paraId="73C937FC" w14:textId="77777777" w:rsidR="009F2FCB" w:rsidRPr="00657529" w:rsidRDefault="009F2FCB" w:rsidP="00833F24">
      <w:pPr>
        <w:rPr>
          <w:rFonts w:ascii="Times New Roman" w:hAnsi="Times New Roman" w:cs="Times New Roman"/>
          <w:b/>
          <w:bCs/>
        </w:rPr>
      </w:pPr>
    </w:p>
    <w:p w14:paraId="3AEE3B39" w14:textId="77777777" w:rsidR="009F2FCB" w:rsidRPr="00657529" w:rsidRDefault="009F2FCB" w:rsidP="00D61265">
      <w:pPr>
        <w:jc w:val="center"/>
        <w:rPr>
          <w:rFonts w:ascii="Times New Roman" w:hAnsi="Times New Roman" w:cs="Times New Roman"/>
          <w:b/>
          <w:bCs/>
        </w:rPr>
        <w:sectPr w:rsidR="009F2FCB" w:rsidRPr="00657529" w:rsidSect="00845E9D">
          <w:pgSz w:w="12240" w:h="15840"/>
          <w:pgMar w:top="720" w:right="720" w:bottom="720" w:left="720" w:header="720" w:footer="720" w:gutter="0"/>
          <w:cols w:space="720"/>
          <w:docGrid w:linePitch="360"/>
        </w:sectPr>
      </w:pPr>
    </w:p>
    <w:p w14:paraId="7E424E8B" w14:textId="4E5AEDCA" w:rsidR="004831D1" w:rsidRPr="00657529" w:rsidRDefault="008D58C6" w:rsidP="00D61265">
      <w:pPr>
        <w:jc w:val="center"/>
        <w:rPr>
          <w:rFonts w:ascii="Times New Roman" w:hAnsi="Times New Roman" w:cs="Times New Roman"/>
          <w:b/>
          <w:bCs/>
        </w:rPr>
      </w:pPr>
      <w:r w:rsidRPr="00657529">
        <w:rPr>
          <w:rFonts w:ascii="Times New Roman" w:hAnsi="Times New Roman" w:cs="Times New Roman"/>
          <w:b/>
          <w:bCs/>
        </w:rPr>
        <w:lastRenderedPageBreak/>
        <w:t>C.</w:t>
      </w:r>
      <w:r w:rsidR="0097038C" w:rsidRPr="00657529">
        <w:rPr>
          <w:rFonts w:ascii="Times New Roman" w:hAnsi="Times New Roman" w:cs="Times New Roman"/>
          <w:b/>
          <w:bCs/>
        </w:rPr>
        <w:t xml:space="preserve"> </w:t>
      </w:r>
      <w:r w:rsidRPr="00657529">
        <w:rPr>
          <w:rFonts w:ascii="Times New Roman" w:hAnsi="Times New Roman" w:cs="Times New Roman"/>
          <w:b/>
          <w:bCs/>
        </w:rPr>
        <w:t>LEADERSHIP AND PUBLIC POLICY</w:t>
      </w:r>
    </w:p>
    <w:tbl>
      <w:tblPr>
        <w:tblStyle w:val="TableGrid"/>
        <w:tblW w:w="10944" w:type="dxa"/>
        <w:jc w:val="center"/>
        <w:tblCellMar>
          <w:top w:w="115" w:type="dxa"/>
          <w:bottom w:w="115" w:type="dxa"/>
        </w:tblCellMar>
        <w:tblLook w:val="04A0" w:firstRow="1" w:lastRow="0" w:firstColumn="1" w:lastColumn="0" w:noHBand="0" w:noVBand="1"/>
      </w:tblPr>
      <w:tblGrid>
        <w:gridCol w:w="504"/>
        <w:gridCol w:w="4968"/>
        <w:gridCol w:w="504"/>
        <w:gridCol w:w="4968"/>
      </w:tblGrid>
      <w:tr w:rsidR="004831D1" w:rsidRPr="00657529" w14:paraId="55535F39" w14:textId="6B977F26" w:rsidTr="141F56C1">
        <w:trPr>
          <w:jc w:val="center"/>
        </w:trPr>
        <w:tc>
          <w:tcPr>
            <w:tcW w:w="504" w:type="dxa"/>
          </w:tcPr>
          <w:p w14:paraId="5B88F78C" w14:textId="77777777" w:rsidR="004831D1" w:rsidRPr="00657529" w:rsidRDefault="004831D1">
            <w:pPr>
              <w:rPr>
                <w:rFonts w:ascii="Times New Roman" w:hAnsi="Times New Roman" w:cs="Times New Roman"/>
                <w:u w:val="single"/>
              </w:rPr>
            </w:pPr>
          </w:p>
        </w:tc>
        <w:tc>
          <w:tcPr>
            <w:tcW w:w="4968" w:type="dxa"/>
          </w:tcPr>
          <w:p w14:paraId="426FC7DE" w14:textId="52CE9DCF" w:rsidR="004831D1" w:rsidRPr="00657529" w:rsidRDefault="004831D1">
            <w:pPr>
              <w:rPr>
                <w:rFonts w:ascii="Times New Roman" w:hAnsi="Times New Roman" w:cs="Times New Roman"/>
                <w:b/>
                <w:bCs/>
              </w:rPr>
            </w:pPr>
            <w:r w:rsidRPr="00657529">
              <w:rPr>
                <w:rFonts w:ascii="Times New Roman" w:hAnsi="Times New Roman" w:cs="Times New Roman"/>
                <w:b/>
                <w:bCs/>
              </w:rPr>
              <w:t>County Organization</w:t>
            </w:r>
          </w:p>
        </w:tc>
        <w:tc>
          <w:tcPr>
            <w:tcW w:w="504" w:type="dxa"/>
          </w:tcPr>
          <w:p w14:paraId="4E1316D8" w14:textId="77777777" w:rsidR="004831D1" w:rsidRPr="00657529" w:rsidRDefault="004831D1">
            <w:pPr>
              <w:rPr>
                <w:rFonts w:ascii="Times New Roman" w:hAnsi="Times New Roman" w:cs="Times New Roman"/>
                <w:b/>
                <w:bCs/>
              </w:rPr>
            </w:pPr>
          </w:p>
        </w:tc>
        <w:tc>
          <w:tcPr>
            <w:tcW w:w="4968" w:type="dxa"/>
          </w:tcPr>
          <w:p w14:paraId="5E095887" w14:textId="77777777" w:rsidR="00D61265" w:rsidRPr="00657529" w:rsidRDefault="00D61265">
            <w:pPr>
              <w:rPr>
                <w:rFonts w:ascii="Times New Roman" w:hAnsi="Times New Roman" w:cs="Times New Roman"/>
                <w:b/>
                <w:bCs/>
              </w:rPr>
            </w:pPr>
            <w:r w:rsidRPr="00657529">
              <w:rPr>
                <w:rFonts w:ascii="Times New Roman" w:hAnsi="Times New Roman" w:cs="Times New Roman"/>
                <w:b/>
                <w:bCs/>
              </w:rPr>
              <w:t>Extension Educator</w:t>
            </w:r>
          </w:p>
          <w:p w14:paraId="2DF5C114" w14:textId="4DB2C3AB" w:rsidR="004831D1" w:rsidRPr="00657529" w:rsidRDefault="00D61265">
            <w:pPr>
              <w:rPr>
                <w:rFonts w:ascii="Times New Roman" w:hAnsi="Times New Roman" w:cs="Times New Roman"/>
                <w:b/>
                <w:bCs/>
              </w:rPr>
            </w:pPr>
            <w:r w:rsidRPr="00657529">
              <w:rPr>
                <w:rFonts w:ascii="Times New Roman" w:hAnsi="Times New Roman" w:cs="Times New Roman"/>
                <w:b/>
                <w:bCs/>
              </w:rPr>
              <w:t>Family &amp; Consumer Sciences</w:t>
            </w:r>
          </w:p>
        </w:tc>
      </w:tr>
      <w:tr w:rsidR="004831D1" w:rsidRPr="00657529" w14:paraId="0AC7FE00" w14:textId="47FCE1E0" w:rsidTr="141F56C1">
        <w:trPr>
          <w:jc w:val="center"/>
        </w:trPr>
        <w:tc>
          <w:tcPr>
            <w:tcW w:w="504" w:type="dxa"/>
          </w:tcPr>
          <w:p w14:paraId="4407BE18" w14:textId="4C81497A" w:rsidR="004831D1" w:rsidRPr="00657529" w:rsidRDefault="004831D1" w:rsidP="004831D1">
            <w:pPr>
              <w:rPr>
                <w:rFonts w:ascii="Times New Roman" w:hAnsi="Times New Roman" w:cs="Times New Roman"/>
              </w:rPr>
            </w:pPr>
            <w:r w:rsidRPr="00657529">
              <w:rPr>
                <w:rFonts w:ascii="Times New Roman" w:hAnsi="Times New Roman" w:cs="Times New Roman"/>
              </w:rPr>
              <w:t>1</w:t>
            </w:r>
          </w:p>
        </w:tc>
        <w:tc>
          <w:tcPr>
            <w:tcW w:w="4968" w:type="dxa"/>
          </w:tcPr>
          <w:p w14:paraId="7A78E3CC" w14:textId="6D813F73" w:rsidR="004831D1" w:rsidRPr="00657529" w:rsidRDefault="004831D1" w:rsidP="004831D1">
            <w:pPr>
              <w:rPr>
                <w:rFonts w:ascii="Times New Roman" w:hAnsi="Times New Roman" w:cs="Times New Roman"/>
              </w:rPr>
            </w:pPr>
            <w:r w:rsidRPr="00657529">
              <w:rPr>
                <w:rFonts w:ascii="Times New Roman" w:hAnsi="Times New Roman" w:cs="Times New Roman"/>
              </w:rPr>
              <w:t>Provide training sessions for county organization and local group officers. This will include special training for the treasurers on keeping accurate records of finances and in completing all necessary information. The treasurer should handle all monies of the group or organization.</w:t>
            </w:r>
          </w:p>
        </w:tc>
        <w:tc>
          <w:tcPr>
            <w:tcW w:w="504" w:type="dxa"/>
          </w:tcPr>
          <w:p w14:paraId="004F5805" w14:textId="53122FBC" w:rsidR="004831D1" w:rsidRPr="00657529" w:rsidRDefault="004831D1" w:rsidP="004831D1">
            <w:pPr>
              <w:rPr>
                <w:rFonts w:ascii="Times New Roman" w:hAnsi="Times New Roman" w:cs="Times New Roman"/>
              </w:rPr>
            </w:pPr>
            <w:r w:rsidRPr="00657529">
              <w:rPr>
                <w:rFonts w:ascii="Times New Roman" w:hAnsi="Times New Roman" w:cs="Times New Roman"/>
              </w:rPr>
              <w:t>1</w:t>
            </w:r>
          </w:p>
        </w:tc>
        <w:tc>
          <w:tcPr>
            <w:tcW w:w="4968" w:type="dxa"/>
          </w:tcPr>
          <w:p w14:paraId="4B721E66" w14:textId="6BF8EAAE" w:rsidR="004831D1" w:rsidRPr="00657529" w:rsidRDefault="004831D1" w:rsidP="00D61265">
            <w:pPr>
              <w:rPr>
                <w:rFonts w:ascii="Times New Roman" w:hAnsi="Times New Roman" w:cs="Times New Roman"/>
              </w:rPr>
            </w:pPr>
            <w:r w:rsidRPr="00657529">
              <w:rPr>
                <w:rFonts w:ascii="Times New Roman" w:hAnsi="Times New Roman" w:cs="Times New Roman"/>
              </w:rPr>
              <w:t>Advise and counsel county officers in leadership development skills. Follow accounting procedures of OSU and OCES. State law dictates monies collected by state employees should be deposited in approved accounts.</w:t>
            </w:r>
          </w:p>
        </w:tc>
      </w:tr>
      <w:tr w:rsidR="004831D1" w:rsidRPr="00657529" w14:paraId="72EB7732" w14:textId="74050897" w:rsidTr="141F56C1">
        <w:trPr>
          <w:jc w:val="center"/>
        </w:trPr>
        <w:tc>
          <w:tcPr>
            <w:tcW w:w="504" w:type="dxa"/>
          </w:tcPr>
          <w:p w14:paraId="42C3EA3E" w14:textId="16EC993A" w:rsidR="004831D1" w:rsidRPr="00657529" w:rsidRDefault="004831D1" w:rsidP="004831D1">
            <w:pPr>
              <w:rPr>
                <w:rFonts w:ascii="Times New Roman" w:hAnsi="Times New Roman" w:cs="Times New Roman"/>
              </w:rPr>
            </w:pPr>
            <w:r w:rsidRPr="00657529">
              <w:rPr>
                <w:rFonts w:ascii="Times New Roman" w:hAnsi="Times New Roman" w:cs="Times New Roman"/>
              </w:rPr>
              <w:t>2</w:t>
            </w:r>
          </w:p>
        </w:tc>
        <w:tc>
          <w:tcPr>
            <w:tcW w:w="4968" w:type="dxa"/>
          </w:tcPr>
          <w:p w14:paraId="35680743" w14:textId="78146DC4" w:rsidR="004831D1" w:rsidRPr="00657529" w:rsidRDefault="004831D1" w:rsidP="004831D1">
            <w:pPr>
              <w:rPr>
                <w:rFonts w:ascii="Times New Roman" w:hAnsi="Times New Roman" w:cs="Times New Roman"/>
              </w:rPr>
            </w:pPr>
            <w:r w:rsidRPr="00657529">
              <w:rPr>
                <w:rFonts w:ascii="Times New Roman" w:hAnsi="Times New Roman" w:cs="Times New Roman"/>
              </w:rPr>
              <w:t>Identify and motivate members who exhibit potential for organizational and educational leadership.</w:t>
            </w:r>
          </w:p>
        </w:tc>
        <w:tc>
          <w:tcPr>
            <w:tcW w:w="504" w:type="dxa"/>
          </w:tcPr>
          <w:p w14:paraId="68AFC9A6" w14:textId="6A05E350" w:rsidR="004831D1" w:rsidRPr="00657529" w:rsidRDefault="004831D1" w:rsidP="004831D1">
            <w:pPr>
              <w:rPr>
                <w:rFonts w:ascii="Times New Roman" w:hAnsi="Times New Roman" w:cs="Times New Roman"/>
              </w:rPr>
            </w:pPr>
            <w:r w:rsidRPr="00657529">
              <w:rPr>
                <w:rFonts w:ascii="Times New Roman" w:hAnsi="Times New Roman" w:cs="Times New Roman"/>
              </w:rPr>
              <w:t>2</w:t>
            </w:r>
          </w:p>
        </w:tc>
        <w:tc>
          <w:tcPr>
            <w:tcW w:w="4968" w:type="dxa"/>
          </w:tcPr>
          <w:p w14:paraId="00278B63" w14:textId="0105672F" w:rsidR="004831D1" w:rsidRPr="00657529" w:rsidRDefault="68C5B903" w:rsidP="004831D1">
            <w:pPr>
              <w:rPr>
                <w:rFonts w:ascii="Times New Roman" w:hAnsi="Times New Roman" w:cs="Times New Roman"/>
              </w:rPr>
            </w:pPr>
            <w:r w:rsidRPr="00657529">
              <w:rPr>
                <w:rFonts w:ascii="Times New Roman" w:hAnsi="Times New Roman" w:cs="Times New Roman"/>
              </w:rPr>
              <w:t>Assist in the identification</w:t>
            </w:r>
            <w:r w:rsidR="231A554B" w:rsidRPr="00657529">
              <w:rPr>
                <w:rFonts w:ascii="Times New Roman" w:hAnsi="Times New Roman" w:cs="Times New Roman"/>
              </w:rPr>
              <w:t xml:space="preserve"> </w:t>
            </w:r>
            <w:r w:rsidRPr="00657529">
              <w:rPr>
                <w:rFonts w:ascii="Times New Roman" w:hAnsi="Times New Roman" w:cs="Times New Roman"/>
              </w:rPr>
              <w:t>and motivation of members who may be potential organizational and educational leaders.</w:t>
            </w:r>
          </w:p>
        </w:tc>
      </w:tr>
      <w:tr w:rsidR="004831D1" w:rsidRPr="00657529" w14:paraId="5284105E" w14:textId="081AF21E" w:rsidTr="141F56C1">
        <w:trPr>
          <w:jc w:val="center"/>
        </w:trPr>
        <w:tc>
          <w:tcPr>
            <w:tcW w:w="504" w:type="dxa"/>
          </w:tcPr>
          <w:p w14:paraId="63B33131" w14:textId="0DBEF9A0" w:rsidR="004831D1" w:rsidRPr="00657529" w:rsidRDefault="004831D1" w:rsidP="004831D1">
            <w:pPr>
              <w:rPr>
                <w:rFonts w:ascii="Times New Roman" w:hAnsi="Times New Roman" w:cs="Times New Roman"/>
              </w:rPr>
            </w:pPr>
            <w:r w:rsidRPr="00657529">
              <w:rPr>
                <w:rFonts w:ascii="Times New Roman" w:hAnsi="Times New Roman" w:cs="Times New Roman"/>
              </w:rPr>
              <w:t>3</w:t>
            </w:r>
          </w:p>
        </w:tc>
        <w:tc>
          <w:tcPr>
            <w:tcW w:w="4968" w:type="dxa"/>
          </w:tcPr>
          <w:p w14:paraId="4E489B8B" w14:textId="70FE37E5" w:rsidR="004831D1" w:rsidRPr="00657529" w:rsidRDefault="004831D1" w:rsidP="004831D1">
            <w:pPr>
              <w:rPr>
                <w:rFonts w:ascii="Times New Roman" w:hAnsi="Times New Roman" w:cs="Times New Roman"/>
              </w:rPr>
            </w:pPr>
            <w:r w:rsidRPr="00657529">
              <w:rPr>
                <w:rFonts w:ascii="Times New Roman" w:hAnsi="Times New Roman" w:cs="Times New Roman"/>
              </w:rPr>
              <w:t>Utilize OHCE state officers and committee members as resource persons for leadership development and information sharing in the county.</w:t>
            </w:r>
          </w:p>
        </w:tc>
        <w:tc>
          <w:tcPr>
            <w:tcW w:w="504" w:type="dxa"/>
          </w:tcPr>
          <w:p w14:paraId="067E4A0F" w14:textId="4F682951" w:rsidR="004831D1" w:rsidRPr="00657529" w:rsidRDefault="004831D1" w:rsidP="004831D1">
            <w:pPr>
              <w:rPr>
                <w:rFonts w:ascii="Times New Roman" w:hAnsi="Times New Roman" w:cs="Times New Roman"/>
              </w:rPr>
            </w:pPr>
            <w:r w:rsidRPr="00657529">
              <w:rPr>
                <w:rFonts w:ascii="Times New Roman" w:hAnsi="Times New Roman" w:cs="Times New Roman"/>
              </w:rPr>
              <w:t>3</w:t>
            </w:r>
          </w:p>
        </w:tc>
        <w:tc>
          <w:tcPr>
            <w:tcW w:w="4968" w:type="dxa"/>
          </w:tcPr>
          <w:p w14:paraId="0CC70F44" w14:textId="38F7F328" w:rsidR="004831D1" w:rsidRPr="00657529" w:rsidRDefault="00D61265" w:rsidP="004831D1">
            <w:pPr>
              <w:rPr>
                <w:rFonts w:ascii="Times New Roman" w:hAnsi="Times New Roman" w:cs="Times New Roman"/>
              </w:rPr>
            </w:pPr>
            <w:r w:rsidRPr="00657529">
              <w:rPr>
                <w:rFonts w:ascii="Times New Roman" w:hAnsi="Times New Roman" w:cs="Times New Roman"/>
              </w:rPr>
              <w:t>Participate in County, District, and State OHCE meetings and encourage others to participate.</w:t>
            </w:r>
          </w:p>
        </w:tc>
      </w:tr>
      <w:tr w:rsidR="004831D1" w:rsidRPr="00657529" w14:paraId="2C8603A1" w14:textId="4BA1658E" w:rsidTr="141F56C1">
        <w:trPr>
          <w:jc w:val="center"/>
        </w:trPr>
        <w:tc>
          <w:tcPr>
            <w:tcW w:w="504" w:type="dxa"/>
          </w:tcPr>
          <w:p w14:paraId="1784F2DE" w14:textId="727B2166" w:rsidR="004831D1" w:rsidRPr="00657529" w:rsidRDefault="004831D1" w:rsidP="004831D1">
            <w:pPr>
              <w:rPr>
                <w:rFonts w:ascii="Times New Roman" w:hAnsi="Times New Roman" w:cs="Times New Roman"/>
              </w:rPr>
            </w:pPr>
            <w:r w:rsidRPr="00657529">
              <w:rPr>
                <w:rFonts w:ascii="Times New Roman" w:hAnsi="Times New Roman" w:cs="Times New Roman"/>
              </w:rPr>
              <w:t>4</w:t>
            </w:r>
          </w:p>
        </w:tc>
        <w:tc>
          <w:tcPr>
            <w:tcW w:w="4968" w:type="dxa"/>
          </w:tcPr>
          <w:p w14:paraId="2F74BD11" w14:textId="5F7158AB" w:rsidR="004831D1" w:rsidRPr="00657529" w:rsidRDefault="2AFC07AD" w:rsidP="004831D1">
            <w:pPr>
              <w:rPr>
                <w:rFonts w:ascii="Times New Roman" w:hAnsi="Times New Roman" w:cs="Times New Roman"/>
              </w:rPr>
            </w:pPr>
            <w:r w:rsidRPr="00657529">
              <w:rPr>
                <w:rFonts w:ascii="Times New Roman" w:hAnsi="Times New Roman" w:cs="Times New Roman"/>
              </w:rPr>
              <w:t>Encourage members to participate and take leadership roles in appropriate public policy decision-making as individuals. They may not lobby or endorse a candidate or issue in the name of the organization</w:t>
            </w:r>
            <w:r w:rsidR="002F0F2C" w:rsidRPr="00657529">
              <w:rPr>
                <w:rFonts w:ascii="Times New Roman" w:hAnsi="Times New Roman" w:cs="Times New Roman"/>
              </w:rPr>
              <w:t>.</w:t>
            </w:r>
          </w:p>
        </w:tc>
        <w:tc>
          <w:tcPr>
            <w:tcW w:w="504" w:type="dxa"/>
          </w:tcPr>
          <w:p w14:paraId="33D2D415" w14:textId="3C602494" w:rsidR="004831D1" w:rsidRPr="00657529" w:rsidRDefault="004831D1" w:rsidP="004831D1">
            <w:pPr>
              <w:rPr>
                <w:rFonts w:ascii="Times New Roman" w:hAnsi="Times New Roman" w:cs="Times New Roman"/>
              </w:rPr>
            </w:pPr>
            <w:r w:rsidRPr="00657529">
              <w:rPr>
                <w:rFonts w:ascii="Times New Roman" w:hAnsi="Times New Roman" w:cs="Times New Roman"/>
              </w:rPr>
              <w:t>4</w:t>
            </w:r>
          </w:p>
        </w:tc>
        <w:tc>
          <w:tcPr>
            <w:tcW w:w="4968" w:type="dxa"/>
          </w:tcPr>
          <w:p w14:paraId="09C1DC92" w14:textId="479115ED" w:rsidR="004831D1" w:rsidRPr="00657529" w:rsidRDefault="00D61265" w:rsidP="004831D1">
            <w:pPr>
              <w:rPr>
                <w:rFonts w:ascii="Times New Roman" w:hAnsi="Times New Roman" w:cs="Times New Roman"/>
              </w:rPr>
            </w:pPr>
            <w:r w:rsidRPr="00657529">
              <w:rPr>
                <w:rFonts w:ascii="Times New Roman" w:hAnsi="Times New Roman" w:cs="Times New Roman"/>
              </w:rPr>
              <w:t>When the need arises, serve as resource for public policy education and provide educational materials as needed.</w:t>
            </w:r>
          </w:p>
        </w:tc>
      </w:tr>
      <w:tr w:rsidR="004831D1" w:rsidRPr="00657529" w14:paraId="12596BA3" w14:textId="6D3793C5" w:rsidTr="141F56C1">
        <w:trPr>
          <w:jc w:val="center"/>
        </w:trPr>
        <w:tc>
          <w:tcPr>
            <w:tcW w:w="504" w:type="dxa"/>
          </w:tcPr>
          <w:p w14:paraId="7A80ED35" w14:textId="78BD41AF" w:rsidR="004831D1" w:rsidRPr="00657529" w:rsidRDefault="004831D1" w:rsidP="004831D1">
            <w:pPr>
              <w:rPr>
                <w:rFonts w:ascii="Times New Roman" w:hAnsi="Times New Roman" w:cs="Times New Roman"/>
              </w:rPr>
            </w:pPr>
            <w:r w:rsidRPr="00657529">
              <w:rPr>
                <w:rFonts w:ascii="Times New Roman" w:hAnsi="Times New Roman" w:cs="Times New Roman"/>
              </w:rPr>
              <w:t>5</w:t>
            </w:r>
          </w:p>
        </w:tc>
        <w:tc>
          <w:tcPr>
            <w:tcW w:w="4968" w:type="dxa"/>
          </w:tcPr>
          <w:p w14:paraId="2C45F1C9" w14:textId="6AA015CF" w:rsidR="004831D1" w:rsidRPr="00657529" w:rsidRDefault="154D4D8F" w:rsidP="141F56C1">
            <w:pPr>
              <w:rPr>
                <w:rFonts w:ascii="Times New Roman" w:hAnsi="Times New Roman" w:cs="Times New Roman"/>
                <w:highlight w:val="yellow"/>
              </w:rPr>
            </w:pPr>
            <w:r w:rsidRPr="00657529">
              <w:rPr>
                <w:rFonts w:ascii="Times New Roman" w:hAnsi="Times New Roman" w:cs="Times New Roman"/>
              </w:rPr>
              <w:t>OHCE will not deny membership or participation in programs to any perso</w:t>
            </w:r>
            <w:r w:rsidR="38E23393" w:rsidRPr="00657529">
              <w:rPr>
                <w:rFonts w:ascii="Times New Roman" w:hAnsi="Times New Roman" w:cs="Times New Roman"/>
              </w:rPr>
              <w:t xml:space="preserve">n. OHCE </w:t>
            </w:r>
            <w:r w:rsidR="38E23393" w:rsidRPr="00657529">
              <w:rPr>
                <w:rFonts w:ascii="Times New Roman" w:hAnsi="Times New Roman" w:cs="Times New Roman"/>
                <w:color w:val="000000" w:themeColor="text1"/>
              </w:rPr>
              <w:t>adopts the current OSU Extension EEO statement</w:t>
            </w:r>
            <w:r w:rsidR="0072555B">
              <w:rPr>
                <w:rFonts w:ascii="Times New Roman" w:hAnsi="Times New Roman" w:cs="Times New Roman"/>
                <w:color w:val="000000" w:themeColor="text1"/>
              </w:rPr>
              <w:t>, per Federal law.</w:t>
            </w:r>
            <w:r w:rsidR="00DA50FF" w:rsidRPr="00657529">
              <w:rPr>
                <w:rFonts w:ascii="Times New Roman" w:hAnsi="Times New Roman" w:cs="Times New Roman"/>
                <w:color w:val="000000" w:themeColor="text1"/>
              </w:rPr>
              <w:t xml:space="preserve"> </w:t>
            </w:r>
            <w:r w:rsidR="00F21A81" w:rsidRPr="00657529">
              <w:rPr>
                <w:rFonts w:ascii="Times New Roman" w:hAnsi="Times New Roman" w:cs="Times New Roman"/>
                <w:color w:val="000000" w:themeColor="text1"/>
              </w:rPr>
              <w:t xml:space="preserve">Adopt and implement a county OHCE </w:t>
            </w:r>
            <w:r w:rsidR="004E2BA0" w:rsidRPr="00657529">
              <w:rPr>
                <w:rFonts w:ascii="Times New Roman" w:hAnsi="Times New Roman" w:cs="Times New Roman"/>
                <w:color w:val="000000" w:themeColor="text1"/>
              </w:rPr>
              <w:t>E</w:t>
            </w:r>
            <w:r w:rsidR="00673889" w:rsidRPr="00657529">
              <w:rPr>
                <w:rFonts w:ascii="Times New Roman" w:hAnsi="Times New Roman" w:cs="Times New Roman"/>
                <w:color w:val="000000" w:themeColor="text1"/>
              </w:rPr>
              <w:t xml:space="preserve">qual </w:t>
            </w:r>
            <w:r w:rsidR="004E2BA0" w:rsidRPr="00657529">
              <w:rPr>
                <w:rFonts w:ascii="Times New Roman" w:hAnsi="Times New Roman" w:cs="Times New Roman"/>
                <w:color w:val="000000" w:themeColor="text1"/>
              </w:rPr>
              <w:t>O</w:t>
            </w:r>
            <w:r w:rsidR="00673889" w:rsidRPr="00657529">
              <w:rPr>
                <w:rFonts w:ascii="Times New Roman" w:hAnsi="Times New Roman" w:cs="Times New Roman"/>
                <w:color w:val="000000" w:themeColor="text1"/>
              </w:rPr>
              <w:t xml:space="preserve">pportunity </w:t>
            </w:r>
            <w:r w:rsidR="004E2BA0" w:rsidRPr="00657529">
              <w:rPr>
                <w:rFonts w:ascii="Times New Roman" w:hAnsi="Times New Roman" w:cs="Times New Roman"/>
                <w:color w:val="000000" w:themeColor="text1"/>
              </w:rPr>
              <w:t>P</w:t>
            </w:r>
            <w:r w:rsidR="00F21A81" w:rsidRPr="00657529">
              <w:rPr>
                <w:rFonts w:ascii="Times New Roman" w:hAnsi="Times New Roman" w:cs="Times New Roman"/>
                <w:color w:val="000000" w:themeColor="text1"/>
              </w:rPr>
              <w:t>lan.</w:t>
            </w:r>
          </w:p>
        </w:tc>
        <w:tc>
          <w:tcPr>
            <w:tcW w:w="504" w:type="dxa"/>
          </w:tcPr>
          <w:p w14:paraId="4E965526" w14:textId="5F2F8076" w:rsidR="004831D1" w:rsidRPr="00657529" w:rsidRDefault="004831D1" w:rsidP="004831D1">
            <w:pPr>
              <w:rPr>
                <w:rFonts w:ascii="Times New Roman" w:hAnsi="Times New Roman" w:cs="Times New Roman"/>
              </w:rPr>
            </w:pPr>
            <w:r w:rsidRPr="00657529">
              <w:rPr>
                <w:rFonts w:ascii="Times New Roman" w:hAnsi="Times New Roman" w:cs="Times New Roman"/>
              </w:rPr>
              <w:t>5</w:t>
            </w:r>
          </w:p>
        </w:tc>
        <w:tc>
          <w:tcPr>
            <w:tcW w:w="4968" w:type="dxa"/>
          </w:tcPr>
          <w:p w14:paraId="082CD864" w14:textId="6EB1276A" w:rsidR="004831D1" w:rsidRPr="00657529" w:rsidRDefault="154D4D8F" w:rsidP="004831D1">
            <w:pPr>
              <w:rPr>
                <w:rFonts w:ascii="Times New Roman" w:hAnsi="Times New Roman" w:cs="Times New Roman"/>
              </w:rPr>
            </w:pPr>
            <w:r w:rsidRPr="00657529">
              <w:rPr>
                <w:rFonts w:ascii="Times New Roman" w:hAnsi="Times New Roman" w:cs="Times New Roman"/>
              </w:rPr>
              <w:t>Inform OHCE members of Affirmative Action rules.</w:t>
            </w:r>
            <w:r w:rsidR="00866807" w:rsidRPr="00657529">
              <w:rPr>
                <w:rFonts w:ascii="Times New Roman" w:hAnsi="Times New Roman" w:cs="Times New Roman"/>
              </w:rPr>
              <w:t xml:space="preserve"> </w:t>
            </w:r>
            <w:r w:rsidR="004831D1" w:rsidRPr="00657529">
              <w:rPr>
                <w:rFonts w:ascii="Times New Roman" w:hAnsi="Times New Roman" w:cs="Times New Roman"/>
              </w:rPr>
              <w:t xml:space="preserve">Assist with the development of an annual county OHCE </w:t>
            </w:r>
            <w:r w:rsidR="00866807" w:rsidRPr="00657529">
              <w:rPr>
                <w:rFonts w:ascii="Times New Roman" w:hAnsi="Times New Roman" w:cs="Times New Roman"/>
              </w:rPr>
              <w:t>Equal Oppo</w:t>
            </w:r>
            <w:r w:rsidR="004E2BA0" w:rsidRPr="00657529">
              <w:rPr>
                <w:rFonts w:ascii="Times New Roman" w:hAnsi="Times New Roman" w:cs="Times New Roman"/>
              </w:rPr>
              <w:t xml:space="preserve">rtunity </w:t>
            </w:r>
            <w:r w:rsidR="004831D1" w:rsidRPr="00657529">
              <w:rPr>
                <w:rFonts w:ascii="Times New Roman" w:hAnsi="Times New Roman" w:cs="Times New Roman"/>
              </w:rPr>
              <w:t>Plan.</w:t>
            </w:r>
            <w:r w:rsidR="4313C25A" w:rsidRPr="00657529">
              <w:rPr>
                <w:rFonts w:ascii="Times New Roman" w:hAnsi="Times New Roman" w:cs="Times New Roman"/>
              </w:rPr>
              <w:t xml:space="preserve"> </w:t>
            </w:r>
            <w:r w:rsidR="2F7DCD9A" w:rsidRPr="00657529">
              <w:rPr>
                <w:rFonts w:ascii="Times New Roman" w:hAnsi="Times New Roman" w:cs="Times New Roman"/>
              </w:rPr>
              <w:t xml:space="preserve">Collect </w:t>
            </w:r>
            <w:r w:rsidR="368F8B98" w:rsidRPr="00657529">
              <w:rPr>
                <w:rFonts w:ascii="Times New Roman" w:hAnsi="Times New Roman" w:cs="Times New Roman"/>
              </w:rPr>
              <w:t>a</w:t>
            </w:r>
            <w:r w:rsidR="4313C25A" w:rsidRPr="00657529">
              <w:rPr>
                <w:rFonts w:ascii="Times New Roman" w:hAnsi="Times New Roman" w:cs="Times New Roman"/>
              </w:rPr>
              <w:t>ssurance letter</w:t>
            </w:r>
            <w:r w:rsidR="116291D6" w:rsidRPr="00657529">
              <w:rPr>
                <w:rFonts w:ascii="Times New Roman" w:hAnsi="Times New Roman" w:cs="Times New Roman"/>
              </w:rPr>
              <w:t>s from each group and file in</w:t>
            </w:r>
            <w:r w:rsidR="3EE987A0" w:rsidRPr="00657529">
              <w:rPr>
                <w:rFonts w:ascii="Times New Roman" w:hAnsi="Times New Roman" w:cs="Times New Roman"/>
              </w:rPr>
              <w:t xml:space="preserve"> your county</w:t>
            </w:r>
            <w:r w:rsidR="2DC36AA9" w:rsidRPr="00657529">
              <w:rPr>
                <w:rFonts w:ascii="Times New Roman" w:hAnsi="Times New Roman" w:cs="Times New Roman"/>
              </w:rPr>
              <w:t xml:space="preserve"> C</w:t>
            </w:r>
            <w:r w:rsidR="06EBA474" w:rsidRPr="00657529">
              <w:rPr>
                <w:rFonts w:ascii="Times New Roman" w:hAnsi="Times New Roman" w:cs="Times New Roman"/>
              </w:rPr>
              <w:t>ivil Rights file.</w:t>
            </w:r>
          </w:p>
        </w:tc>
      </w:tr>
      <w:tr w:rsidR="004831D1" w:rsidRPr="00657529" w14:paraId="3CD14CE0" w14:textId="3B76367E" w:rsidTr="141F56C1">
        <w:trPr>
          <w:jc w:val="center"/>
        </w:trPr>
        <w:tc>
          <w:tcPr>
            <w:tcW w:w="504" w:type="dxa"/>
          </w:tcPr>
          <w:p w14:paraId="3C74161E" w14:textId="0F8DCB8A" w:rsidR="004831D1" w:rsidRPr="00657529" w:rsidRDefault="004831D1" w:rsidP="004831D1">
            <w:pPr>
              <w:rPr>
                <w:rFonts w:ascii="Times New Roman" w:hAnsi="Times New Roman" w:cs="Times New Roman"/>
              </w:rPr>
            </w:pPr>
            <w:r w:rsidRPr="00657529">
              <w:rPr>
                <w:rFonts w:ascii="Times New Roman" w:hAnsi="Times New Roman" w:cs="Times New Roman"/>
              </w:rPr>
              <w:t>6</w:t>
            </w:r>
          </w:p>
        </w:tc>
        <w:tc>
          <w:tcPr>
            <w:tcW w:w="4968" w:type="dxa"/>
          </w:tcPr>
          <w:p w14:paraId="0B8307DC" w14:textId="3F18FB79" w:rsidR="004831D1" w:rsidRPr="00657529" w:rsidRDefault="004831D1" w:rsidP="004831D1">
            <w:pPr>
              <w:rPr>
                <w:rFonts w:ascii="Times New Roman" w:hAnsi="Times New Roman" w:cs="Times New Roman"/>
              </w:rPr>
            </w:pPr>
            <w:r w:rsidRPr="00657529">
              <w:rPr>
                <w:rFonts w:ascii="Times New Roman" w:hAnsi="Times New Roman" w:cs="Times New Roman"/>
              </w:rPr>
              <w:t>County organization of OHCE will not share membership lists of names and addresses to individuals, agencies or organizations outside of OCES.</w:t>
            </w:r>
          </w:p>
        </w:tc>
        <w:tc>
          <w:tcPr>
            <w:tcW w:w="504" w:type="dxa"/>
          </w:tcPr>
          <w:p w14:paraId="50B7A04C" w14:textId="2F8D6A30" w:rsidR="004831D1" w:rsidRPr="00657529" w:rsidRDefault="004831D1" w:rsidP="004831D1">
            <w:pPr>
              <w:rPr>
                <w:rFonts w:ascii="Times New Roman" w:hAnsi="Times New Roman" w:cs="Times New Roman"/>
              </w:rPr>
            </w:pPr>
            <w:r w:rsidRPr="00657529">
              <w:rPr>
                <w:rFonts w:ascii="Times New Roman" w:hAnsi="Times New Roman" w:cs="Times New Roman"/>
              </w:rPr>
              <w:t>6</w:t>
            </w:r>
          </w:p>
        </w:tc>
        <w:tc>
          <w:tcPr>
            <w:tcW w:w="4968" w:type="dxa"/>
          </w:tcPr>
          <w:p w14:paraId="41154229" w14:textId="6F04ABCB" w:rsidR="004831D1" w:rsidRPr="00657529" w:rsidRDefault="2AFC07AD" w:rsidP="004831D1">
            <w:pPr>
              <w:rPr>
                <w:rFonts w:ascii="Times New Roman" w:hAnsi="Times New Roman" w:cs="Times New Roman"/>
              </w:rPr>
            </w:pPr>
            <w:r w:rsidRPr="00657529">
              <w:rPr>
                <w:rFonts w:ascii="Times New Roman" w:hAnsi="Times New Roman" w:cs="Times New Roman"/>
              </w:rPr>
              <w:t>Shall not share membership lists of organization members to individuals, agencies or organizations. Educators and FCS state office maintain such list and keep it under secured access</w:t>
            </w:r>
            <w:r w:rsidR="65777F94" w:rsidRPr="00657529">
              <w:rPr>
                <w:rFonts w:ascii="Times New Roman" w:hAnsi="Times New Roman" w:cs="Times New Roman"/>
              </w:rPr>
              <w:t>.</w:t>
            </w:r>
          </w:p>
        </w:tc>
      </w:tr>
    </w:tbl>
    <w:p w14:paraId="0347076C" w14:textId="74920393" w:rsidR="00C36BEA" w:rsidRPr="00657529" w:rsidRDefault="00C36BEA" w:rsidP="00D61265">
      <w:pPr>
        <w:rPr>
          <w:rFonts w:ascii="Times New Roman" w:hAnsi="Times New Roman" w:cs="Times New Roman"/>
        </w:rPr>
      </w:pPr>
    </w:p>
    <w:p w14:paraId="47BE6A34" w14:textId="77777777" w:rsidR="00677EAE" w:rsidRPr="00657529" w:rsidRDefault="00677EAE" w:rsidP="00D61265">
      <w:pPr>
        <w:jc w:val="center"/>
        <w:rPr>
          <w:rFonts w:ascii="Times New Roman" w:hAnsi="Times New Roman" w:cs="Times New Roman"/>
          <w:b/>
          <w:bCs/>
        </w:rPr>
        <w:sectPr w:rsidR="00677EAE" w:rsidRPr="00657529" w:rsidSect="00677EAE">
          <w:pgSz w:w="12240" w:h="15840"/>
          <w:pgMar w:top="720" w:right="720" w:bottom="720" w:left="720" w:header="720" w:footer="720" w:gutter="0"/>
          <w:cols w:space="720"/>
          <w:docGrid w:linePitch="360"/>
        </w:sectPr>
      </w:pPr>
    </w:p>
    <w:p w14:paraId="378AB8A6" w14:textId="6EFD151E" w:rsidR="00B26076" w:rsidRPr="00657529" w:rsidRDefault="008D58C6" w:rsidP="00D61265">
      <w:pPr>
        <w:jc w:val="center"/>
        <w:rPr>
          <w:rFonts w:ascii="Times New Roman" w:hAnsi="Times New Roman" w:cs="Times New Roman"/>
          <w:b/>
          <w:bCs/>
        </w:rPr>
      </w:pPr>
      <w:r w:rsidRPr="00657529">
        <w:rPr>
          <w:rFonts w:ascii="Times New Roman" w:hAnsi="Times New Roman" w:cs="Times New Roman"/>
          <w:b/>
          <w:bCs/>
        </w:rPr>
        <w:lastRenderedPageBreak/>
        <w:t>D.</w:t>
      </w:r>
      <w:r w:rsidR="0097038C" w:rsidRPr="00657529">
        <w:rPr>
          <w:rFonts w:ascii="Times New Roman" w:hAnsi="Times New Roman" w:cs="Times New Roman"/>
          <w:b/>
          <w:bCs/>
        </w:rPr>
        <w:t xml:space="preserve"> </w:t>
      </w:r>
      <w:r w:rsidRPr="00657529">
        <w:rPr>
          <w:rFonts w:ascii="Times New Roman" w:hAnsi="Times New Roman" w:cs="Times New Roman"/>
          <w:b/>
          <w:bCs/>
        </w:rPr>
        <w:t>COMMUNICATION</w:t>
      </w:r>
      <w:r w:rsidR="00B26076" w:rsidRPr="00657529">
        <w:rPr>
          <w:rFonts w:ascii="Times New Roman" w:hAnsi="Times New Roman" w:cs="Times New Roman"/>
          <w:b/>
          <w:bCs/>
        </w:rPr>
        <w:t>S</w:t>
      </w:r>
    </w:p>
    <w:tbl>
      <w:tblPr>
        <w:tblStyle w:val="TableGrid"/>
        <w:tblW w:w="0" w:type="auto"/>
        <w:tblCellMar>
          <w:top w:w="115" w:type="dxa"/>
          <w:bottom w:w="115" w:type="dxa"/>
        </w:tblCellMar>
        <w:tblLook w:val="04A0" w:firstRow="1" w:lastRow="0" w:firstColumn="1" w:lastColumn="0" w:noHBand="0" w:noVBand="1"/>
      </w:tblPr>
      <w:tblGrid>
        <w:gridCol w:w="500"/>
        <w:gridCol w:w="4895"/>
        <w:gridCol w:w="500"/>
        <w:gridCol w:w="4895"/>
      </w:tblGrid>
      <w:tr w:rsidR="00D61265" w:rsidRPr="00657529" w14:paraId="593D3B0F" w14:textId="61D9CC36" w:rsidTr="79C1A3AE">
        <w:tc>
          <w:tcPr>
            <w:tcW w:w="504" w:type="dxa"/>
          </w:tcPr>
          <w:p w14:paraId="590D2E22" w14:textId="77777777" w:rsidR="00D61265" w:rsidRPr="00657529" w:rsidRDefault="00D61265">
            <w:pPr>
              <w:rPr>
                <w:rFonts w:ascii="Times New Roman" w:hAnsi="Times New Roman" w:cs="Times New Roman"/>
                <w:b/>
                <w:bCs/>
              </w:rPr>
            </w:pPr>
          </w:p>
        </w:tc>
        <w:tc>
          <w:tcPr>
            <w:tcW w:w="4968" w:type="dxa"/>
          </w:tcPr>
          <w:p w14:paraId="4FD27E1F" w14:textId="399D0D1F" w:rsidR="00D61265" w:rsidRPr="00657529" w:rsidRDefault="00D61265">
            <w:pPr>
              <w:rPr>
                <w:rFonts w:ascii="Times New Roman" w:hAnsi="Times New Roman" w:cs="Times New Roman"/>
              </w:rPr>
            </w:pPr>
            <w:r w:rsidRPr="00657529">
              <w:rPr>
                <w:rFonts w:ascii="Times New Roman" w:hAnsi="Times New Roman" w:cs="Times New Roman"/>
              </w:rPr>
              <w:t>County Organization</w:t>
            </w:r>
          </w:p>
        </w:tc>
        <w:tc>
          <w:tcPr>
            <w:tcW w:w="504" w:type="dxa"/>
          </w:tcPr>
          <w:p w14:paraId="17E6A145" w14:textId="77777777" w:rsidR="00D61265" w:rsidRPr="00657529" w:rsidRDefault="00D61265">
            <w:pPr>
              <w:rPr>
                <w:rFonts w:ascii="Times New Roman" w:hAnsi="Times New Roman" w:cs="Times New Roman"/>
                <w:u w:val="single"/>
              </w:rPr>
            </w:pPr>
          </w:p>
        </w:tc>
        <w:tc>
          <w:tcPr>
            <w:tcW w:w="4968" w:type="dxa"/>
          </w:tcPr>
          <w:p w14:paraId="7B7C21C2" w14:textId="795414F8" w:rsidR="00D61265" w:rsidRPr="00657529" w:rsidRDefault="00D61265" w:rsidP="00D61265">
            <w:pPr>
              <w:rPr>
                <w:rFonts w:ascii="Times New Roman" w:hAnsi="Times New Roman" w:cs="Times New Roman"/>
              </w:rPr>
            </w:pPr>
            <w:r w:rsidRPr="00657529">
              <w:rPr>
                <w:rFonts w:ascii="Times New Roman" w:hAnsi="Times New Roman" w:cs="Times New Roman"/>
              </w:rPr>
              <w:t>Extension Educator</w:t>
            </w:r>
            <w:r w:rsidR="00677EAE" w:rsidRPr="00657529">
              <w:rPr>
                <w:rFonts w:ascii="Times New Roman" w:hAnsi="Times New Roman" w:cs="Times New Roman"/>
              </w:rPr>
              <w:t xml:space="preserve">, </w:t>
            </w:r>
            <w:r w:rsidRPr="00657529">
              <w:rPr>
                <w:rFonts w:ascii="Times New Roman" w:hAnsi="Times New Roman" w:cs="Times New Roman"/>
              </w:rPr>
              <w:t>Family &amp; Consumer Sciences</w:t>
            </w:r>
          </w:p>
        </w:tc>
      </w:tr>
      <w:tr w:rsidR="00D61265" w:rsidRPr="00657529" w14:paraId="7A7E92F0" w14:textId="64281020" w:rsidTr="79C1A3AE">
        <w:tc>
          <w:tcPr>
            <w:tcW w:w="504" w:type="dxa"/>
          </w:tcPr>
          <w:p w14:paraId="1671C7D5" w14:textId="59A2EE91" w:rsidR="00D61265" w:rsidRPr="00657529" w:rsidRDefault="00D61265" w:rsidP="00D61265">
            <w:pPr>
              <w:rPr>
                <w:rFonts w:ascii="Times New Roman" w:hAnsi="Times New Roman" w:cs="Times New Roman"/>
              </w:rPr>
            </w:pPr>
            <w:r w:rsidRPr="00657529">
              <w:rPr>
                <w:rFonts w:ascii="Times New Roman" w:hAnsi="Times New Roman" w:cs="Times New Roman"/>
              </w:rPr>
              <w:t>1</w:t>
            </w:r>
          </w:p>
        </w:tc>
        <w:tc>
          <w:tcPr>
            <w:tcW w:w="4968" w:type="dxa"/>
          </w:tcPr>
          <w:p w14:paraId="1D0F9973" w14:textId="69AFC051" w:rsidR="00D61265" w:rsidRPr="00657529" w:rsidRDefault="00D61265" w:rsidP="00D61265">
            <w:pPr>
              <w:rPr>
                <w:rFonts w:ascii="Times New Roman" w:hAnsi="Times New Roman" w:cs="Times New Roman"/>
              </w:rPr>
            </w:pPr>
            <w:r w:rsidRPr="00657529">
              <w:rPr>
                <w:rFonts w:ascii="Times New Roman" w:hAnsi="Times New Roman" w:cs="Times New Roman"/>
              </w:rPr>
              <w:t>Establish and maintain communication network with the Extension Educator.</w:t>
            </w:r>
          </w:p>
        </w:tc>
        <w:tc>
          <w:tcPr>
            <w:tcW w:w="504" w:type="dxa"/>
          </w:tcPr>
          <w:p w14:paraId="0677AAF7" w14:textId="03D8F65F" w:rsidR="00D61265" w:rsidRPr="00657529" w:rsidRDefault="00D61265" w:rsidP="00D61265">
            <w:pPr>
              <w:rPr>
                <w:rFonts w:ascii="Times New Roman" w:hAnsi="Times New Roman" w:cs="Times New Roman"/>
              </w:rPr>
            </w:pPr>
            <w:r w:rsidRPr="00657529">
              <w:rPr>
                <w:rFonts w:ascii="Times New Roman" w:hAnsi="Times New Roman" w:cs="Times New Roman"/>
              </w:rPr>
              <w:t>1</w:t>
            </w:r>
          </w:p>
        </w:tc>
        <w:tc>
          <w:tcPr>
            <w:tcW w:w="4968" w:type="dxa"/>
          </w:tcPr>
          <w:p w14:paraId="6FFF972E" w14:textId="0CBCF2B9" w:rsidR="00D61265" w:rsidRPr="00657529" w:rsidRDefault="00D61265" w:rsidP="00D61265">
            <w:pPr>
              <w:rPr>
                <w:rFonts w:ascii="Times New Roman" w:hAnsi="Times New Roman" w:cs="Times New Roman"/>
              </w:rPr>
            </w:pPr>
            <w:r w:rsidRPr="00657529">
              <w:rPr>
                <w:rFonts w:ascii="Times New Roman" w:hAnsi="Times New Roman" w:cs="Times New Roman"/>
              </w:rPr>
              <w:t>Establish and maintain communication network with OHCE members.</w:t>
            </w:r>
          </w:p>
        </w:tc>
      </w:tr>
      <w:tr w:rsidR="00D61265" w:rsidRPr="00657529" w14:paraId="4A36737B" w14:textId="3B57ADB5" w:rsidTr="79C1A3AE">
        <w:tc>
          <w:tcPr>
            <w:tcW w:w="504" w:type="dxa"/>
          </w:tcPr>
          <w:p w14:paraId="3461ADD9" w14:textId="5AA71D8C" w:rsidR="00D61265" w:rsidRPr="00657529" w:rsidRDefault="00D61265" w:rsidP="00D61265">
            <w:pPr>
              <w:rPr>
                <w:rFonts w:ascii="Times New Roman" w:hAnsi="Times New Roman" w:cs="Times New Roman"/>
              </w:rPr>
            </w:pPr>
            <w:r w:rsidRPr="00657529">
              <w:rPr>
                <w:rFonts w:ascii="Times New Roman" w:hAnsi="Times New Roman" w:cs="Times New Roman"/>
              </w:rPr>
              <w:t>2</w:t>
            </w:r>
          </w:p>
        </w:tc>
        <w:tc>
          <w:tcPr>
            <w:tcW w:w="4968" w:type="dxa"/>
          </w:tcPr>
          <w:p w14:paraId="64D7E9EF" w14:textId="260BF924" w:rsidR="00D61265" w:rsidRPr="00657529" w:rsidRDefault="00D61265" w:rsidP="00D61265">
            <w:pPr>
              <w:rPr>
                <w:rFonts w:ascii="Times New Roman" w:hAnsi="Times New Roman" w:cs="Times New Roman"/>
              </w:rPr>
            </w:pPr>
            <w:r w:rsidRPr="00657529">
              <w:rPr>
                <w:rFonts w:ascii="Times New Roman" w:hAnsi="Times New Roman" w:cs="Times New Roman"/>
              </w:rPr>
              <w:t>Establish and maintain communication network within the organization. The OHCE program is one of the overall county Extension programs.</w:t>
            </w:r>
          </w:p>
        </w:tc>
        <w:tc>
          <w:tcPr>
            <w:tcW w:w="504" w:type="dxa"/>
          </w:tcPr>
          <w:p w14:paraId="1ECD830D" w14:textId="357058C7" w:rsidR="00D61265" w:rsidRPr="00657529" w:rsidRDefault="00D61265" w:rsidP="00D61265">
            <w:pPr>
              <w:rPr>
                <w:rFonts w:ascii="Times New Roman" w:hAnsi="Times New Roman" w:cs="Times New Roman"/>
              </w:rPr>
            </w:pPr>
            <w:r w:rsidRPr="00657529">
              <w:rPr>
                <w:rFonts w:ascii="Times New Roman" w:hAnsi="Times New Roman" w:cs="Times New Roman"/>
              </w:rPr>
              <w:t>2</w:t>
            </w:r>
          </w:p>
        </w:tc>
        <w:tc>
          <w:tcPr>
            <w:tcW w:w="4968" w:type="dxa"/>
          </w:tcPr>
          <w:p w14:paraId="2DAFC51B" w14:textId="47B857A8" w:rsidR="00D61265" w:rsidRPr="00657529" w:rsidRDefault="00D61265" w:rsidP="00D61265">
            <w:pPr>
              <w:rPr>
                <w:rFonts w:ascii="Times New Roman" w:hAnsi="Times New Roman" w:cs="Times New Roman"/>
              </w:rPr>
            </w:pPr>
            <w:r w:rsidRPr="00657529">
              <w:rPr>
                <w:rFonts w:ascii="Times New Roman" w:hAnsi="Times New Roman" w:cs="Times New Roman"/>
              </w:rPr>
              <w:t>Explain to OHCE leaders how the OHCE organization is one audience of the overall county Extension program.</w:t>
            </w:r>
          </w:p>
        </w:tc>
      </w:tr>
      <w:tr w:rsidR="00D61265" w:rsidRPr="00657529" w14:paraId="5C995316" w14:textId="4B297A2B" w:rsidTr="79C1A3AE">
        <w:tc>
          <w:tcPr>
            <w:tcW w:w="504" w:type="dxa"/>
          </w:tcPr>
          <w:p w14:paraId="076CCE3F" w14:textId="58255AC6" w:rsidR="00D61265" w:rsidRPr="00657529" w:rsidRDefault="00D61265" w:rsidP="00D61265">
            <w:pPr>
              <w:rPr>
                <w:rFonts w:ascii="Times New Roman" w:hAnsi="Times New Roman" w:cs="Times New Roman"/>
              </w:rPr>
            </w:pPr>
            <w:r w:rsidRPr="00657529">
              <w:rPr>
                <w:rFonts w:ascii="Times New Roman" w:hAnsi="Times New Roman" w:cs="Times New Roman"/>
              </w:rPr>
              <w:t>3</w:t>
            </w:r>
          </w:p>
        </w:tc>
        <w:tc>
          <w:tcPr>
            <w:tcW w:w="4968" w:type="dxa"/>
          </w:tcPr>
          <w:p w14:paraId="25F9009D" w14:textId="22573A85" w:rsidR="00D61265" w:rsidRPr="00657529" w:rsidRDefault="00D61265" w:rsidP="00D61265">
            <w:pPr>
              <w:rPr>
                <w:rFonts w:ascii="Times New Roman" w:hAnsi="Times New Roman" w:cs="Times New Roman"/>
              </w:rPr>
            </w:pPr>
            <w:r w:rsidRPr="00657529">
              <w:rPr>
                <w:rFonts w:ascii="Times New Roman" w:hAnsi="Times New Roman" w:cs="Times New Roman"/>
              </w:rPr>
              <w:t>Establish and maintain communication between state OHCE Board and the county OHCE members.</w:t>
            </w:r>
          </w:p>
        </w:tc>
        <w:tc>
          <w:tcPr>
            <w:tcW w:w="504" w:type="dxa"/>
          </w:tcPr>
          <w:p w14:paraId="436B1033" w14:textId="320AA1F6" w:rsidR="00D61265" w:rsidRPr="00657529" w:rsidRDefault="00D61265" w:rsidP="00D61265">
            <w:pPr>
              <w:rPr>
                <w:rFonts w:ascii="Times New Roman" w:hAnsi="Times New Roman" w:cs="Times New Roman"/>
              </w:rPr>
            </w:pPr>
            <w:r w:rsidRPr="00657529">
              <w:rPr>
                <w:rFonts w:ascii="Times New Roman" w:hAnsi="Times New Roman" w:cs="Times New Roman"/>
              </w:rPr>
              <w:t>3</w:t>
            </w:r>
          </w:p>
        </w:tc>
        <w:tc>
          <w:tcPr>
            <w:tcW w:w="4968" w:type="dxa"/>
          </w:tcPr>
          <w:p w14:paraId="1140A9E7" w14:textId="0607A792" w:rsidR="00D61265" w:rsidRPr="00657529" w:rsidRDefault="00D61265" w:rsidP="00D61265">
            <w:pPr>
              <w:rPr>
                <w:rFonts w:ascii="Times New Roman" w:hAnsi="Times New Roman" w:cs="Times New Roman"/>
              </w:rPr>
            </w:pPr>
            <w:r w:rsidRPr="00657529">
              <w:rPr>
                <w:rFonts w:ascii="Times New Roman" w:hAnsi="Times New Roman" w:cs="Times New Roman"/>
              </w:rPr>
              <w:t>Communicate to the District Advisors (i.e., FCS District Program Specialists) and/or State Advisor (i.e., Associate Dean/Assistant Director FCS) about matters relating to the organization.</w:t>
            </w:r>
          </w:p>
        </w:tc>
      </w:tr>
      <w:tr w:rsidR="00D61265" w:rsidRPr="00657529" w14:paraId="2B4AE0DE" w14:textId="78C2B411" w:rsidTr="79C1A3AE">
        <w:tc>
          <w:tcPr>
            <w:tcW w:w="504" w:type="dxa"/>
          </w:tcPr>
          <w:p w14:paraId="157799AB" w14:textId="2C1852BF" w:rsidR="00D61265" w:rsidRPr="00657529" w:rsidRDefault="00D61265" w:rsidP="00D61265">
            <w:pPr>
              <w:rPr>
                <w:rFonts w:ascii="Times New Roman" w:hAnsi="Times New Roman" w:cs="Times New Roman"/>
              </w:rPr>
            </w:pPr>
            <w:r w:rsidRPr="00657529">
              <w:rPr>
                <w:rFonts w:ascii="Times New Roman" w:hAnsi="Times New Roman" w:cs="Times New Roman"/>
              </w:rPr>
              <w:t>4</w:t>
            </w:r>
          </w:p>
        </w:tc>
        <w:tc>
          <w:tcPr>
            <w:tcW w:w="4968" w:type="dxa"/>
          </w:tcPr>
          <w:p w14:paraId="01155AD9" w14:textId="7430F6C3" w:rsidR="00D61265" w:rsidRPr="00657529" w:rsidRDefault="00D61265" w:rsidP="00D61265">
            <w:pPr>
              <w:rPr>
                <w:rFonts w:ascii="Times New Roman" w:hAnsi="Times New Roman" w:cs="Times New Roman"/>
              </w:rPr>
            </w:pPr>
            <w:r w:rsidRPr="00657529">
              <w:rPr>
                <w:rFonts w:ascii="Times New Roman" w:hAnsi="Times New Roman" w:cs="Times New Roman"/>
              </w:rPr>
              <w:t>Interpret current OHCE policies and guidelines.</w:t>
            </w:r>
          </w:p>
        </w:tc>
        <w:tc>
          <w:tcPr>
            <w:tcW w:w="504" w:type="dxa"/>
          </w:tcPr>
          <w:p w14:paraId="63689D1E" w14:textId="5CF421C6" w:rsidR="00D61265" w:rsidRPr="00657529" w:rsidRDefault="00D61265" w:rsidP="00D61265">
            <w:pPr>
              <w:rPr>
                <w:rFonts w:ascii="Times New Roman" w:hAnsi="Times New Roman" w:cs="Times New Roman"/>
              </w:rPr>
            </w:pPr>
            <w:r w:rsidRPr="00657529">
              <w:rPr>
                <w:rFonts w:ascii="Times New Roman" w:hAnsi="Times New Roman" w:cs="Times New Roman"/>
              </w:rPr>
              <w:t>4</w:t>
            </w:r>
          </w:p>
        </w:tc>
        <w:tc>
          <w:tcPr>
            <w:tcW w:w="4968" w:type="dxa"/>
          </w:tcPr>
          <w:p w14:paraId="6082F65F" w14:textId="6EB42FDA" w:rsidR="00D61265" w:rsidRPr="00657529" w:rsidRDefault="00D61265" w:rsidP="00D61265">
            <w:pPr>
              <w:rPr>
                <w:rFonts w:ascii="Times New Roman" w:hAnsi="Times New Roman" w:cs="Times New Roman"/>
              </w:rPr>
            </w:pPr>
            <w:r w:rsidRPr="00657529">
              <w:rPr>
                <w:rFonts w:ascii="Times New Roman" w:hAnsi="Times New Roman" w:cs="Times New Roman"/>
              </w:rPr>
              <w:t>Interpret current policies and guidelines of OCES.</w:t>
            </w:r>
          </w:p>
        </w:tc>
      </w:tr>
      <w:tr w:rsidR="00D61265" w:rsidRPr="00657529" w14:paraId="37EBC52E" w14:textId="1B3280A4" w:rsidTr="79C1A3AE">
        <w:tc>
          <w:tcPr>
            <w:tcW w:w="504" w:type="dxa"/>
          </w:tcPr>
          <w:p w14:paraId="7712BDAE" w14:textId="3C2B23AE" w:rsidR="00D61265" w:rsidRPr="00657529" w:rsidRDefault="00D61265" w:rsidP="00D61265">
            <w:pPr>
              <w:rPr>
                <w:rFonts w:ascii="Times New Roman" w:hAnsi="Times New Roman" w:cs="Times New Roman"/>
              </w:rPr>
            </w:pPr>
            <w:r w:rsidRPr="00657529">
              <w:rPr>
                <w:rFonts w:ascii="Times New Roman" w:hAnsi="Times New Roman" w:cs="Times New Roman"/>
              </w:rPr>
              <w:t>5</w:t>
            </w:r>
          </w:p>
        </w:tc>
        <w:tc>
          <w:tcPr>
            <w:tcW w:w="4968" w:type="dxa"/>
          </w:tcPr>
          <w:p w14:paraId="72A17AAA" w14:textId="284EEE25" w:rsidR="00D61265" w:rsidRPr="00657529" w:rsidRDefault="00D61265" w:rsidP="00D61265">
            <w:pPr>
              <w:rPr>
                <w:rFonts w:ascii="Times New Roman" w:hAnsi="Times New Roman" w:cs="Times New Roman"/>
              </w:rPr>
            </w:pPr>
            <w:r w:rsidRPr="00657529">
              <w:rPr>
                <w:rFonts w:ascii="Times New Roman" w:hAnsi="Times New Roman" w:cs="Times New Roman"/>
              </w:rPr>
              <w:t>County officers &amp; committee chairs provide information to Extension Educator for FCS Newsletter.</w:t>
            </w:r>
          </w:p>
        </w:tc>
        <w:tc>
          <w:tcPr>
            <w:tcW w:w="504" w:type="dxa"/>
          </w:tcPr>
          <w:p w14:paraId="6F7B625D" w14:textId="1CC086BE" w:rsidR="00D61265" w:rsidRPr="00657529" w:rsidRDefault="00D61265" w:rsidP="00D61265">
            <w:pPr>
              <w:rPr>
                <w:rFonts w:ascii="Times New Roman" w:hAnsi="Times New Roman" w:cs="Times New Roman"/>
              </w:rPr>
            </w:pPr>
            <w:r w:rsidRPr="00657529">
              <w:rPr>
                <w:rFonts w:ascii="Times New Roman" w:hAnsi="Times New Roman" w:cs="Times New Roman"/>
              </w:rPr>
              <w:t>5</w:t>
            </w:r>
          </w:p>
        </w:tc>
        <w:tc>
          <w:tcPr>
            <w:tcW w:w="4968" w:type="dxa"/>
          </w:tcPr>
          <w:p w14:paraId="7B7DDD28" w14:textId="119CB7A8" w:rsidR="00D61265" w:rsidRPr="00657529" w:rsidRDefault="00D61265" w:rsidP="00D61265">
            <w:pPr>
              <w:rPr>
                <w:rFonts w:ascii="Times New Roman" w:hAnsi="Times New Roman" w:cs="Times New Roman"/>
              </w:rPr>
            </w:pPr>
            <w:r w:rsidRPr="00657529">
              <w:rPr>
                <w:rFonts w:ascii="Times New Roman" w:hAnsi="Times New Roman" w:cs="Times New Roman"/>
              </w:rPr>
              <w:t>Prepare FCS Newsletter. The newsletter should be educational in nature as well as provide information about the OHCE organization.</w:t>
            </w:r>
          </w:p>
        </w:tc>
      </w:tr>
      <w:tr w:rsidR="00D61265" w:rsidRPr="00657529" w14:paraId="52306FFB" w14:textId="269A2F9C" w:rsidTr="79C1A3AE">
        <w:tc>
          <w:tcPr>
            <w:tcW w:w="504" w:type="dxa"/>
          </w:tcPr>
          <w:p w14:paraId="1B997DAC" w14:textId="5E04B030" w:rsidR="00D61265" w:rsidRPr="00657529" w:rsidRDefault="00D61265" w:rsidP="00D61265">
            <w:pPr>
              <w:rPr>
                <w:rFonts w:ascii="Times New Roman" w:hAnsi="Times New Roman" w:cs="Times New Roman"/>
              </w:rPr>
            </w:pPr>
            <w:r w:rsidRPr="00657529">
              <w:rPr>
                <w:rFonts w:ascii="Times New Roman" w:hAnsi="Times New Roman" w:cs="Times New Roman"/>
              </w:rPr>
              <w:t>6</w:t>
            </w:r>
          </w:p>
        </w:tc>
        <w:tc>
          <w:tcPr>
            <w:tcW w:w="4968" w:type="dxa"/>
          </w:tcPr>
          <w:p w14:paraId="6AF849B4" w14:textId="2503BDEA" w:rsidR="00D61265" w:rsidRPr="00657529" w:rsidRDefault="00D61265" w:rsidP="00D61265">
            <w:pPr>
              <w:rPr>
                <w:rFonts w:ascii="Times New Roman" w:hAnsi="Times New Roman" w:cs="Times New Roman"/>
              </w:rPr>
            </w:pPr>
            <w:r w:rsidRPr="00657529">
              <w:rPr>
                <w:rFonts w:ascii="Times New Roman" w:hAnsi="Times New Roman" w:cs="Times New Roman"/>
              </w:rPr>
              <w:t>Publicize programs &amp; activities, and the involvement of leaders and members to media and other interested persons.</w:t>
            </w:r>
          </w:p>
        </w:tc>
        <w:tc>
          <w:tcPr>
            <w:tcW w:w="504" w:type="dxa"/>
          </w:tcPr>
          <w:p w14:paraId="2FCF4ABF" w14:textId="20FDEA63" w:rsidR="00D61265" w:rsidRPr="00657529" w:rsidRDefault="00D61265" w:rsidP="00D61265">
            <w:pPr>
              <w:rPr>
                <w:rFonts w:ascii="Times New Roman" w:hAnsi="Times New Roman" w:cs="Times New Roman"/>
              </w:rPr>
            </w:pPr>
            <w:r w:rsidRPr="00657529">
              <w:rPr>
                <w:rFonts w:ascii="Times New Roman" w:hAnsi="Times New Roman" w:cs="Times New Roman"/>
              </w:rPr>
              <w:t>6</w:t>
            </w:r>
          </w:p>
        </w:tc>
        <w:tc>
          <w:tcPr>
            <w:tcW w:w="4968" w:type="dxa"/>
          </w:tcPr>
          <w:p w14:paraId="042132B1" w14:textId="443E6C71" w:rsidR="00D61265" w:rsidRPr="00657529" w:rsidRDefault="00D61265" w:rsidP="00D61265">
            <w:pPr>
              <w:rPr>
                <w:rFonts w:ascii="Times New Roman" w:hAnsi="Times New Roman" w:cs="Times New Roman"/>
              </w:rPr>
            </w:pPr>
            <w:r w:rsidRPr="00657529">
              <w:rPr>
                <w:rFonts w:ascii="Times New Roman" w:hAnsi="Times New Roman" w:cs="Times New Roman"/>
              </w:rPr>
              <w:t>Assist public relations chair in working with mass media.</w:t>
            </w:r>
          </w:p>
        </w:tc>
      </w:tr>
      <w:tr w:rsidR="00D61265" w:rsidRPr="00657529" w14:paraId="1723818B" w14:textId="08A25A90" w:rsidTr="79C1A3AE">
        <w:tc>
          <w:tcPr>
            <w:tcW w:w="504" w:type="dxa"/>
          </w:tcPr>
          <w:p w14:paraId="6E0D679D" w14:textId="74E80371" w:rsidR="00D61265" w:rsidRPr="00657529" w:rsidRDefault="00D61265" w:rsidP="00D61265">
            <w:pPr>
              <w:rPr>
                <w:rFonts w:ascii="Times New Roman" w:hAnsi="Times New Roman" w:cs="Times New Roman"/>
              </w:rPr>
            </w:pPr>
            <w:r w:rsidRPr="00657529">
              <w:rPr>
                <w:rFonts w:ascii="Times New Roman" w:hAnsi="Times New Roman" w:cs="Times New Roman"/>
              </w:rPr>
              <w:t>7</w:t>
            </w:r>
          </w:p>
        </w:tc>
        <w:tc>
          <w:tcPr>
            <w:tcW w:w="4968" w:type="dxa"/>
          </w:tcPr>
          <w:p w14:paraId="2744D81C" w14:textId="6A76E3C8" w:rsidR="00D61265" w:rsidRPr="00657529" w:rsidRDefault="00D61265" w:rsidP="00D61265">
            <w:pPr>
              <w:rPr>
                <w:rFonts w:ascii="Times New Roman" w:hAnsi="Times New Roman" w:cs="Times New Roman"/>
              </w:rPr>
            </w:pPr>
            <w:r w:rsidRPr="00657529">
              <w:rPr>
                <w:rFonts w:ascii="Times New Roman" w:hAnsi="Times New Roman" w:cs="Times New Roman"/>
              </w:rPr>
              <w:t>Communicate OHCE member, county, state and program achievements to significant policy and decision-makers on local, county, state, and federal levels.</w:t>
            </w:r>
          </w:p>
        </w:tc>
        <w:tc>
          <w:tcPr>
            <w:tcW w:w="504" w:type="dxa"/>
          </w:tcPr>
          <w:p w14:paraId="67EA6F7C" w14:textId="481596C1" w:rsidR="00D61265" w:rsidRPr="00657529" w:rsidRDefault="00D61265" w:rsidP="00D61265">
            <w:pPr>
              <w:rPr>
                <w:rFonts w:ascii="Times New Roman" w:hAnsi="Times New Roman" w:cs="Times New Roman"/>
              </w:rPr>
            </w:pPr>
            <w:r w:rsidRPr="00657529">
              <w:rPr>
                <w:rFonts w:ascii="Times New Roman" w:hAnsi="Times New Roman" w:cs="Times New Roman"/>
              </w:rPr>
              <w:t>7</w:t>
            </w:r>
          </w:p>
        </w:tc>
        <w:tc>
          <w:tcPr>
            <w:tcW w:w="4968" w:type="dxa"/>
          </w:tcPr>
          <w:p w14:paraId="57790ADF" w14:textId="7A5D2E31" w:rsidR="00D61265" w:rsidRPr="00657529" w:rsidRDefault="68C5B903" w:rsidP="00D61265">
            <w:pPr>
              <w:rPr>
                <w:rFonts w:ascii="Times New Roman" w:hAnsi="Times New Roman" w:cs="Times New Roman"/>
              </w:rPr>
            </w:pPr>
            <w:r w:rsidRPr="00657529">
              <w:rPr>
                <w:rFonts w:ascii="Times New Roman" w:hAnsi="Times New Roman" w:cs="Times New Roman"/>
              </w:rPr>
              <w:t>Communicate OHCE member, county, state and program achievements to significant policy and decision</w:t>
            </w:r>
            <w:r w:rsidR="1BF77540" w:rsidRPr="00657529">
              <w:rPr>
                <w:rFonts w:ascii="Times New Roman" w:hAnsi="Times New Roman" w:cs="Times New Roman"/>
              </w:rPr>
              <w:t>-</w:t>
            </w:r>
            <w:r w:rsidRPr="00657529">
              <w:rPr>
                <w:rFonts w:ascii="Times New Roman" w:hAnsi="Times New Roman" w:cs="Times New Roman"/>
              </w:rPr>
              <w:t xml:space="preserve">makers on local, county, state, and federal levels, as well as within OCES. </w:t>
            </w:r>
          </w:p>
        </w:tc>
      </w:tr>
    </w:tbl>
    <w:p w14:paraId="1D584E90" w14:textId="0CDCD7D3" w:rsidR="00B26076" w:rsidRPr="00657529" w:rsidRDefault="00B26076" w:rsidP="00B26076">
      <w:pPr>
        <w:rPr>
          <w:rFonts w:ascii="Times New Roman" w:hAnsi="Times New Roman" w:cs="Times New Roman"/>
        </w:rPr>
      </w:pPr>
    </w:p>
    <w:p w14:paraId="47D7D406" w14:textId="77777777" w:rsidR="00677EAE" w:rsidRPr="00657529" w:rsidRDefault="00677EAE" w:rsidP="00B26076">
      <w:pPr>
        <w:rPr>
          <w:rFonts w:ascii="Times New Roman" w:hAnsi="Times New Roman" w:cs="Times New Roman"/>
        </w:rPr>
        <w:sectPr w:rsidR="00677EAE" w:rsidRPr="00657529" w:rsidSect="00677EAE">
          <w:pgSz w:w="12240" w:h="15840"/>
          <w:pgMar w:top="720" w:right="720" w:bottom="720" w:left="720" w:header="720" w:footer="720" w:gutter="0"/>
          <w:cols w:space="720"/>
          <w:docGrid w:linePitch="360"/>
        </w:sectPr>
      </w:pPr>
    </w:p>
    <w:p w14:paraId="3044D699" w14:textId="3DEDD567" w:rsidR="00D61265" w:rsidRPr="00657529" w:rsidRDefault="00B26076" w:rsidP="00677EAE">
      <w:pPr>
        <w:jc w:val="center"/>
        <w:rPr>
          <w:rFonts w:ascii="Times New Roman" w:hAnsi="Times New Roman" w:cs="Times New Roman"/>
          <w:b/>
          <w:bCs/>
        </w:rPr>
      </w:pPr>
      <w:r w:rsidRPr="00657529">
        <w:rPr>
          <w:rFonts w:ascii="Times New Roman" w:hAnsi="Times New Roman" w:cs="Times New Roman"/>
          <w:b/>
          <w:bCs/>
        </w:rPr>
        <w:lastRenderedPageBreak/>
        <w:t>E. EVENTS AND ACTIVITIES</w:t>
      </w:r>
    </w:p>
    <w:tbl>
      <w:tblPr>
        <w:tblStyle w:val="TableGrid"/>
        <w:tblW w:w="0" w:type="auto"/>
        <w:tblCellMar>
          <w:top w:w="115" w:type="dxa"/>
          <w:bottom w:w="115" w:type="dxa"/>
        </w:tblCellMar>
        <w:tblLook w:val="04A0" w:firstRow="1" w:lastRow="0" w:firstColumn="1" w:lastColumn="0" w:noHBand="0" w:noVBand="1"/>
      </w:tblPr>
      <w:tblGrid>
        <w:gridCol w:w="500"/>
        <w:gridCol w:w="4892"/>
        <w:gridCol w:w="500"/>
        <w:gridCol w:w="4898"/>
      </w:tblGrid>
      <w:tr w:rsidR="00677EAE" w:rsidRPr="00657529" w14:paraId="78767721" w14:textId="76B5BB5C" w:rsidTr="79C1A3AE">
        <w:tc>
          <w:tcPr>
            <w:tcW w:w="504" w:type="dxa"/>
          </w:tcPr>
          <w:p w14:paraId="66A13367" w14:textId="77777777" w:rsidR="00677EAE" w:rsidRPr="00657529" w:rsidRDefault="00677EAE" w:rsidP="00677EAE">
            <w:pPr>
              <w:rPr>
                <w:rFonts w:ascii="Times New Roman" w:hAnsi="Times New Roman" w:cs="Times New Roman"/>
              </w:rPr>
            </w:pPr>
          </w:p>
        </w:tc>
        <w:tc>
          <w:tcPr>
            <w:tcW w:w="4968" w:type="dxa"/>
          </w:tcPr>
          <w:p w14:paraId="350AC00D" w14:textId="7785E4A3" w:rsidR="00677EAE" w:rsidRPr="00657529" w:rsidRDefault="00677EAE" w:rsidP="00677EAE">
            <w:pPr>
              <w:rPr>
                <w:rFonts w:ascii="Times New Roman" w:hAnsi="Times New Roman" w:cs="Times New Roman"/>
              </w:rPr>
            </w:pPr>
            <w:r w:rsidRPr="00657529">
              <w:rPr>
                <w:rFonts w:ascii="Times New Roman" w:hAnsi="Times New Roman" w:cs="Times New Roman"/>
              </w:rPr>
              <w:t>County Organization</w:t>
            </w:r>
          </w:p>
        </w:tc>
        <w:tc>
          <w:tcPr>
            <w:tcW w:w="504" w:type="dxa"/>
          </w:tcPr>
          <w:p w14:paraId="5BD152A0" w14:textId="77777777" w:rsidR="00677EAE" w:rsidRPr="00657529" w:rsidRDefault="00677EAE" w:rsidP="00677EAE">
            <w:pPr>
              <w:rPr>
                <w:rFonts w:ascii="Times New Roman" w:hAnsi="Times New Roman" w:cs="Times New Roman"/>
              </w:rPr>
            </w:pPr>
          </w:p>
        </w:tc>
        <w:tc>
          <w:tcPr>
            <w:tcW w:w="4968" w:type="dxa"/>
          </w:tcPr>
          <w:p w14:paraId="34E1AF8F" w14:textId="0F82F735" w:rsidR="00677EAE" w:rsidRPr="00657529" w:rsidRDefault="00677EAE" w:rsidP="00677EAE">
            <w:pPr>
              <w:rPr>
                <w:rFonts w:ascii="Times New Roman" w:hAnsi="Times New Roman" w:cs="Times New Roman"/>
              </w:rPr>
            </w:pPr>
            <w:r w:rsidRPr="00657529">
              <w:rPr>
                <w:rFonts w:ascii="Times New Roman" w:hAnsi="Times New Roman" w:cs="Times New Roman"/>
              </w:rPr>
              <w:t>Extension Educator, Family &amp; Consumer Sciences</w:t>
            </w:r>
          </w:p>
        </w:tc>
      </w:tr>
      <w:tr w:rsidR="00677EAE" w:rsidRPr="00657529" w14:paraId="6D74ED34" w14:textId="5118D372" w:rsidTr="79C1A3AE">
        <w:tc>
          <w:tcPr>
            <w:tcW w:w="504" w:type="dxa"/>
          </w:tcPr>
          <w:p w14:paraId="50228F55" w14:textId="4BA0976E" w:rsidR="00677EAE" w:rsidRPr="00657529" w:rsidRDefault="00677EAE" w:rsidP="00677EAE">
            <w:pPr>
              <w:rPr>
                <w:rFonts w:ascii="Times New Roman" w:hAnsi="Times New Roman" w:cs="Times New Roman"/>
              </w:rPr>
            </w:pPr>
            <w:r w:rsidRPr="00657529">
              <w:rPr>
                <w:rFonts w:ascii="Times New Roman" w:hAnsi="Times New Roman" w:cs="Times New Roman"/>
              </w:rPr>
              <w:t>1</w:t>
            </w:r>
          </w:p>
        </w:tc>
        <w:tc>
          <w:tcPr>
            <w:tcW w:w="4968" w:type="dxa"/>
          </w:tcPr>
          <w:p w14:paraId="73C526F8" w14:textId="513DEFBA" w:rsidR="00677EAE" w:rsidRPr="00657529" w:rsidRDefault="00677EAE" w:rsidP="00677EAE">
            <w:pPr>
              <w:rPr>
                <w:rFonts w:ascii="Times New Roman" w:hAnsi="Times New Roman" w:cs="Times New Roman"/>
              </w:rPr>
            </w:pPr>
            <w:r w:rsidRPr="00657529">
              <w:rPr>
                <w:rFonts w:ascii="Times New Roman" w:hAnsi="Times New Roman" w:cs="Times New Roman"/>
              </w:rPr>
              <w:t>Plan, conduct and evaluate county OHCE events through committees. Committee chair serves as liaison with county Extension Educator.</w:t>
            </w:r>
          </w:p>
        </w:tc>
        <w:tc>
          <w:tcPr>
            <w:tcW w:w="504" w:type="dxa"/>
          </w:tcPr>
          <w:p w14:paraId="401803C3" w14:textId="2E526C2B" w:rsidR="00677EAE" w:rsidRPr="00657529" w:rsidRDefault="00677EAE" w:rsidP="00677EAE">
            <w:pPr>
              <w:rPr>
                <w:rFonts w:ascii="Times New Roman" w:hAnsi="Times New Roman" w:cs="Times New Roman"/>
              </w:rPr>
            </w:pPr>
            <w:r w:rsidRPr="00657529">
              <w:rPr>
                <w:rFonts w:ascii="Times New Roman" w:hAnsi="Times New Roman" w:cs="Times New Roman"/>
              </w:rPr>
              <w:t>1</w:t>
            </w:r>
          </w:p>
        </w:tc>
        <w:tc>
          <w:tcPr>
            <w:tcW w:w="4968" w:type="dxa"/>
          </w:tcPr>
          <w:p w14:paraId="407495BB" w14:textId="58B54259" w:rsidR="00677EAE" w:rsidRPr="00657529" w:rsidRDefault="00677EAE" w:rsidP="00677EAE">
            <w:pPr>
              <w:rPr>
                <w:rFonts w:ascii="Times New Roman" w:hAnsi="Times New Roman" w:cs="Times New Roman"/>
              </w:rPr>
            </w:pPr>
            <w:r w:rsidRPr="00657529">
              <w:rPr>
                <w:rFonts w:ascii="Times New Roman" w:hAnsi="Times New Roman" w:cs="Times New Roman"/>
              </w:rPr>
              <w:t>Advise and support members in their roles.</w:t>
            </w:r>
          </w:p>
        </w:tc>
      </w:tr>
      <w:tr w:rsidR="00677EAE" w:rsidRPr="00657529" w14:paraId="1DFD44AD" w14:textId="53A0EE31" w:rsidTr="79C1A3AE">
        <w:tc>
          <w:tcPr>
            <w:tcW w:w="504" w:type="dxa"/>
          </w:tcPr>
          <w:p w14:paraId="5EAF720D" w14:textId="6ADE3B70" w:rsidR="00677EAE" w:rsidRPr="00657529" w:rsidRDefault="00677EAE" w:rsidP="00677EAE">
            <w:pPr>
              <w:rPr>
                <w:rFonts w:ascii="Times New Roman" w:hAnsi="Times New Roman" w:cs="Times New Roman"/>
              </w:rPr>
            </w:pPr>
            <w:r w:rsidRPr="00657529">
              <w:rPr>
                <w:rFonts w:ascii="Times New Roman" w:hAnsi="Times New Roman" w:cs="Times New Roman"/>
              </w:rPr>
              <w:t>2</w:t>
            </w:r>
          </w:p>
        </w:tc>
        <w:tc>
          <w:tcPr>
            <w:tcW w:w="4968" w:type="dxa"/>
          </w:tcPr>
          <w:p w14:paraId="39BCE07F" w14:textId="6516D7EB" w:rsidR="00677EAE" w:rsidRPr="00657529" w:rsidRDefault="00677EAE" w:rsidP="00677EAE">
            <w:pPr>
              <w:rPr>
                <w:rFonts w:ascii="Times New Roman" w:hAnsi="Times New Roman" w:cs="Times New Roman"/>
              </w:rPr>
            </w:pPr>
            <w:r w:rsidRPr="00657529">
              <w:rPr>
                <w:rFonts w:ascii="Times New Roman" w:hAnsi="Times New Roman" w:cs="Times New Roman"/>
              </w:rPr>
              <w:t>Plan, conduct</w:t>
            </w:r>
            <w:r w:rsidR="76FE2F0D" w:rsidRPr="00657529">
              <w:rPr>
                <w:rFonts w:ascii="Times New Roman" w:hAnsi="Times New Roman" w:cs="Times New Roman"/>
              </w:rPr>
              <w:t xml:space="preserve">, </w:t>
            </w:r>
            <w:r w:rsidRPr="00657529">
              <w:rPr>
                <w:rFonts w:ascii="Times New Roman" w:hAnsi="Times New Roman" w:cs="Times New Roman"/>
              </w:rPr>
              <w:t xml:space="preserve">and evaluate educational tours through appropriate committees. </w:t>
            </w:r>
          </w:p>
        </w:tc>
        <w:tc>
          <w:tcPr>
            <w:tcW w:w="504" w:type="dxa"/>
          </w:tcPr>
          <w:p w14:paraId="015DD333" w14:textId="2B0C8524" w:rsidR="00677EAE" w:rsidRPr="00657529" w:rsidRDefault="00677EAE" w:rsidP="00677EAE">
            <w:pPr>
              <w:rPr>
                <w:rFonts w:ascii="Times New Roman" w:hAnsi="Times New Roman" w:cs="Times New Roman"/>
              </w:rPr>
            </w:pPr>
            <w:r w:rsidRPr="00657529">
              <w:rPr>
                <w:rFonts w:ascii="Times New Roman" w:hAnsi="Times New Roman" w:cs="Times New Roman"/>
              </w:rPr>
              <w:t>2</w:t>
            </w:r>
          </w:p>
        </w:tc>
        <w:tc>
          <w:tcPr>
            <w:tcW w:w="4968" w:type="dxa"/>
          </w:tcPr>
          <w:p w14:paraId="5FDE9DAC" w14:textId="45E7EA3A" w:rsidR="00677EAE" w:rsidRPr="00657529" w:rsidRDefault="00677EAE" w:rsidP="00677EAE">
            <w:pPr>
              <w:rPr>
                <w:rFonts w:ascii="Times New Roman" w:hAnsi="Times New Roman" w:cs="Times New Roman"/>
              </w:rPr>
            </w:pPr>
            <w:r w:rsidRPr="00657529">
              <w:rPr>
                <w:rFonts w:ascii="Times New Roman" w:hAnsi="Times New Roman" w:cs="Times New Roman"/>
              </w:rPr>
              <w:t>Serve as advisor for planning educational tours sponsored by county organization.</w:t>
            </w:r>
          </w:p>
        </w:tc>
      </w:tr>
      <w:tr w:rsidR="00677EAE" w:rsidRPr="00657529" w14:paraId="78CFD039" w14:textId="7A53C172" w:rsidTr="79C1A3AE">
        <w:tc>
          <w:tcPr>
            <w:tcW w:w="504" w:type="dxa"/>
          </w:tcPr>
          <w:p w14:paraId="0F27FED1" w14:textId="6A9B27C7" w:rsidR="00677EAE" w:rsidRPr="00657529" w:rsidRDefault="00677EAE" w:rsidP="00677EAE">
            <w:pPr>
              <w:rPr>
                <w:rFonts w:ascii="Times New Roman" w:hAnsi="Times New Roman" w:cs="Times New Roman"/>
              </w:rPr>
            </w:pPr>
            <w:r w:rsidRPr="00657529">
              <w:rPr>
                <w:rFonts w:ascii="Times New Roman" w:hAnsi="Times New Roman" w:cs="Times New Roman"/>
              </w:rPr>
              <w:t>3</w:t>
            </w:r>
          </w:p>
        </w:tc>
        <w:tc>
          <w:tcPr>
            <w:tcW w:w="4968" w:type="dxa"/>
          </w:tcPr>
          <w:p w14:paraId="184060D7" w14:textId="49610FE1" w:rsidR="00677EAE" w:rsidRPr="00657529" w:rsidRDefault="00677EAE" w:rsidP="00677EAE">
            <w:pPr>
              <w:rPr>
                <w:rFonts w:ascii="Times New Roman" w:hAnsi="Times New Roman" w:cs="Times New Roman"/>
              </w:rPr>
            </w:pPr>
            <w:r w:rsidRPr="00657529">
              <w:rPr>
                <w:rFonts w:ascii="Times New Roman" w:hAnsi="Times New Roman" w:cs="Times New Roman"/>
              </w:rPr>
              <w:t>Plan, conduct, and evaluate trips to conferences and meetings at the district, state, national and international level (CWC – Country Women’s Council; ACWW - Associated Countr</w:t>
            </w:r>
            <w:r w:rsidR="210538BE" w:rsidRPr="00657529">
              <w:rPr>
                <w:rFonts w:ascii="Times New Roman" w:hAnsi="Times New Roman" w:cs="Times New Roman"/>
              </w:rPr>
              <w:t xml:space="preserve">y </w:t>
            </w:r>
            <w:r w:rsidRPr="00657529">
              <w:rPr>
                <w:rFonts w:ascii="Times New Roman" w:hAnsi="Times New Roman" w:cs="Times New Roman"/>
              </w:rPr>
              <w:t>Women of the World).</w:t>
            </w:r>
          </w:p>
        </w:tc>
        <w:tc>
          <w:tcPr>
            <w:tcW w:w="504" w:type="dxa"/>
          </w:tcPr>
          <w:p w14:paraId="395A6D67" w14:textId="1A5C6F8D" w:rsidR="00677EAE" w:rsidRPr="00657529" w:rsidRDefault="00677EAE" w:rsidP="00677EAE">
            <w:pPr>
              <w:rPr>
                <w:rFonts w:ascii="Times New Roman" w:hAnsi="Times New Roman" w:cs="Times New Roman"/>
              </w:rPr>
            </w:pPr>
            <w:r w:rsidRPr="00657529">
              <w:rPr>
                <w:rFonts w:ascii="Times New Roman" w:hAnsi="Times New Roman" w:cs="Times New Roman"/>
              </w:rPr>
              <w:t>3</w:t>
            </w:r>
          </w:p>
        </w:tc>
        <w:tc>
          <w:tcPr>
            <w:tcW w:w="4968" w:type="dxa"/>
          </w:tcPr>
          <w:p w14:paraId="7A313D2E" w14:textId="42A9B94E" w:rsidR="00677EAE" w:rsidRPr="00657529" w:rsidRDefault="00677EAE" w:rsidP="00677EAE">
            <w:pPr>
              <w:rPr>
                <w:rFonts w:ascii="Times New Roman" w:hAnsi="Times New Roman" w:cs="Times New Roman"/>
              </w:rPr>
            </w:pPr>
            <w:r w:rsidRPr="00657529">
              <w:rPr>
                <w:rFonts w:ascii="Times New Roman" w:hAnsi="Times New Roman" w:cs="Times New Roman"/>
              </w:rPr>
              <w:t>Serve as advisor to planners of OHCE-sponsored meetings and conferences. Publicize s</w:t>
            </w:r>
            <w:r w:rsidR="28057801" w:rsidRPr="00657529">
              <w:rPr>
                <w:rFonts w:ascii="Times New Roman" w:hAnsi="Times New Roman" w:cs="Times New Roman"/>
              </w:rPr>
              <w:t>uch</w:t>
            </w:r>
            <w:r w:rsidRPr="00657529">
              <w:rPr>
                <w:rFonts w:ascii="Times New Roman" w:hAnsi="Times New Roman" w:cs="Times New Roman"/>
              </w:rPr>
              <w:t xml:space="preserve"> meetings and conferences to county OHCE members.</w:t>
            </w:r>
          </w:p>
        </w:tc>
      </w:tr>
      <w:tr w:rsidR="00677EAE" w:rsidRPr="00657529" w14:paraId="1C810B16" w14:textId="4E04F6D6" w:rsidTr="79C1A3AE">
        <w:tc>
          <w:tcPr>
            <w:tcW w:w="504" w:type="dxa"/>
          </w:tcPr>
          <w:p w14:paraId="6FFE5485" w14:textId="5D51F34E" w:rsidR="00677EAE" w:rsidRPr="00657529" w:rsidRDefault="00677EAE" w:rsidP="00677EAE">
            <w:pPr>
              <w:rPr>
                <w:rFonts w:ascii="Times New Roman" w:hAnsi="Times New Roman" w:cs="Times New Roman"/>
              </w:rPr>
            </w:pPr>
            <w:r w:rsidRPr="00657529">
              <w:rPr>
                <w:rFonts w:ascii="Times New Roman" w:hAnsi="Times New Roman" w:cs="Times New Roman"/>
              </w:rPr>
              <w:t>4</w:t>
            </w:r>
          </w:p>
        </w:tc>
        <w:tc>
          <w:tcPr>
            <w:tcW w:w="4968" w:type="dxa"/>
          </w:tcPr>
          <w:p w14:paraId="57741CC8" w14:textId="46808A0C" w:rsidR="00677EAE" w:rsidRPr="00657529" w:rsidRDefault="00677EAE" w:rsidP="00677EAE">
            <w:pPr>
              <w:rPr>
                <w:rFonts w:ascii="Times New Roman" w:hAnsi="Times New Roman" w:cs="Times New Roman"/>
              </w:rPr>
            </w:pPr>
            <w:r w:rsidRPr="00657529">
              <w:rPr>
                <w:rFonts w:ascii="Times New Roman" w:hAnsi="Times New Roman" w:cs="Times New Roman"/>
              </w:rPr>
              <w:t>Plan, conduct</w:t>
            </w:r>
            <w:r w:rsidR="435053A1" w:rsidRPr="00657529">
              <w:rPr>
                <w:rFonts w:ascii="Times New Roman" w:hAnsi="Times New Roman" w:cs="Times New Roman"/>
              </w:rPr>
              <w:t>,</w:t>
            </w:r>
            <w:r w:rsidRPr="00657529">
              <w:rPr>
                <w:rFonts w:ascii="Times New Roman" w:hAnsi="Times New Roman" w:cs="Times New Roman"/>
              </w:rPr>
              <w:t xml:space="preserve"> and evaluate contests including Heart of OHCE, Rookie, Member, and Young Member awards.</w:t>
            </w:r>
          </w:p>
        </w:tc>
        <w:tc>
          <w:tcPr>
            <w:tcW w:w="504" w:type="dxa"/>
          </w:tcPr>
          <w:p w14:paraId="4209BE03" w14:textId="673033E9" w:rsidR="00677EAE" w:rsidRPr="00657529" w:rsidRDefault="00677EAE" w:rsidP="00677EAE">
            <w:pPr>
              <w:rPr>
                <w:rFonts w:ascii="Times New Roman" w:hAnsi="Times New Roman" w:cs="Times New Roman"/>
              </w:rPr>
            </w:pPr>
            <w:r w:rsidRPr="00657529">
              <w:rPr>
                <w:rFonts w:ascii="Times New Roman" w:hAnsi="Times New Roman" w:cs="Times New Roman"/>
              </w:rPr>
              <w:t>4</w:t>
            </w:r>
          </w:p>
        </w:tc>
        <w:tc>
          <w:tcPr>
            <w:tcW w:w="4968" w:type="dxa"/>
          </w:tcPr>
          <w:p w14:paraId="2F7E4397" w14:textId="564ECD31" w:rsidR="00677EAE" w:rsidRPr="00657529" w:rsidRDefault="00677EAE" w:rsidP="00677EAE">
            <w:pPr>
              <w:rPr>
                <w:rFonts w:ascii="Times New Roman" w:hAnsi="Times New Roman" w:cs="Times New Roman"/>
              </w:rPr>
            </w:pPr>
            <w:r w:rsidRPr="00657529">
              <w:rPr>
                <w:rFonts w:ascii="Times New Roman" w:hAnsi="Times New Roman" w:cs="Times New Roman"/>
              </w:rPr>
              <w:t>Advise contest committees and secure award judges as needed.</w:t>
            </w:r>
          </w:p>
        </w:tc>
      </w:tr>
      <w:tr w:rsidR="00677EAE" w:rsidRPr="00657529" w14:paraId="2CF69F39" w14:textId="19F3B526" w:rsidTr="79C1A3AE">
        <w:tc>
          <w:tcPr>
            <w:tcW w:w="504" w:type="dxa"/>
          </w:tcPr>
          <w:p w14:paraId="37E5ACA7" w14:textId="2BEFD466" w:rsidR="00677EAE" w:rsidRPr="00657529" w:rsidRDefault="00677EAE" w:rsidP="00677EAE">
            <w:pPr>
              <w:rPr>
                <w:rFonts w:ascii="Times New Roman" w:hAnsi="Times New Roman" w:cs="Times New Roman"/>
              </w:rPr>
            </w:pPr>
            <w:r w:rsidRPr="00657529">
              <w:rPr>
                <w:rFonts w:ascii="Times New Roman" w:hAnsi="Times New Roman" w:cs="Times New Roman"/>
              </w:rPr>
              <w:t>5</w:t>
            </w:r>
          </w:p>
        </w:tc>
        <w:tc>
          <w:tcPr>
            <w:tcW w:w="4968" w:type="dxa"/>
          </w:tcPr>
          <w:p w14:paraId="1D930A16" w14:textId="2269986B" w:rsidR="00677EAE" w:rsidRPr="00657529" w:rsidRDefault="00677EAE" w:rsidP="00677EAE">
            <w:pPr>
              <w:rPr>
                <w:rFonts w:ascii="Times New Roman" w:hAnsi="Times New Roman" w:cs="Times New Roman"/>
              </w:rPr>
            </w:pPr>
            <w:r w:rsidRPr="00657529">
              <w:rPr>
                <w:rFonts w:ascii="Times New Roman" w:hAnsi="Times New Roman" w:cs="Times New Roman"/>
              </w:rPr>
              <w:t>Plan, conduct</w:t>
            </w:r>
            <w:r w:rsidR="29AA2100" w:rsidRPr="00657529">
              <w:rPr>
                <w:rFonts w:ascii="Times New Roman" w:hAnsi="Times New Roman" w:cs="Times New Roman"/>
              </w:rPr>
              <w:t>,</w:t>
            </w:r>
            <w:r w:rsidRPr="00657529">
              <w:rPr>
                <w:rFonts w:ascii="Times New Roman" w:hAnsi="Times New Roman" w:cs="Times New Roman"/>
              </w:rPr>
              <w:t xml:space="preserve"> and evaluate all cultural enrichment events and other activities.</w:t>
            </w:r>
          </w:p>
        </w:tc>
        <w:tc>
          <w:tcPr>
            <w:tcW w:w="504" w:type="dxa"/>
          </w:tcPr>
          <w:p w14:paraId="36C5F449" w14:textId="3F445A9F" w:rsidR="00677EAE" w:rsidRPr="00657529" w:rsidRDefault="00677EAE" w:rsidP="00677EAE">
            <w:pPr>
              <w:rPr>
                <w:rFonts w:ascii="Times New Roman" w:hAnsi="Times New Roman" w:cs="Times New Roman"/>
              </w:rPr>
            </w:pPr>
            <w:r w:rsidRPr="00657529">
              <w:rPr>
                <w:rFonts w:ascii="Times New Roman" w:hAnsi="Times New Roman" w:cs="Times New Roman"/>
              </w:rPr>
              <w:t>5</w:t>
            </w:r>
          </w:p>
        </w:tc>
        <w:tc>
          <w:tcPr>
            <w:tcW w:w="4968" w:type="dxa"/>
          </w:tcPr>
          <w:p w14:paraId="35793C9C" w14:textId="2822C76A" w:rsidR="00677EAE" w:rsidRPr="00657529" w:rsidRDefault="00677EAE" w:rsidP="00677EAE">
            <w:pPr>
              <w:rPr>
                <w:rFonts w:ascii="Times New Roman" w:hAnsi="Times New Roman" w:cs="Times New Roman"/>
              </w:rPr>
            </w:pPr>
            <w:r w:rsidRPr="00657529">
              <w:rPr>
                <w:rFonts w:ascii="Times New Roman" w:hAnsi="Times New Roman" w:cs="Times New Roman"/>
              </w:rPr>
              <w:t>Does not assume responsibility for teaching crafts, and/or conducting craft shows which are not directly tied to FCS behavioral and/or community outcomes.</w:t>
            </w:r>
          </w:p>
        </w:tc>
      </w:tr>
      <w:tr w:rsidR="00677EAE" w:rsidRPr="00657529" w14:paraId="1CF68360" w14:textId="0717034B" w:rsidTr="79C1A3AE">
        <w:tc>
          <w:tcPr>
            <w:tcW w:w="504" w:type="dxa"/>
          </w:tcPr>
          <w:p w14:paraId="5A878608" w14:textId="1F2FF233" w:rsidR="00677EAE" w:rsidRPr="00657529" w:rsidRDefault="00677EAE" w:rsidP="00677EAE">
            <w:pPr>
              <w:rPr>
                <w:rFonts w:ascii="Times New Roman" w:hAnsi="Times New Roman" w:cs="Times New Roman"/>
              </w:rPr>
            </w:pPr>
            <w:r w:rsidRPr="00657529">
              <w:rPr>
                <w:rFonts w:ascii="Times New Roman" w:hAnsi="Times New Roman" w:cs="Times New Roman"/>
              </w:rPr>
              <w:t>6</w:t>
            </w:r>
          </w:p>
        </w:tc>
        <w:tc>
          <w:tcPr>
            <w:tcW w:w="4968" w:type="dxa"/>
          </w:tcPr>
          <w:p w14:paraId="0C470E26" w14:textId="61C2E88F" w:rsidR="00677EAE" w:rsidRPr="00657529" w:rsidRDefault="00677EAE" w:rsidP="00677EAE">
            <w:pPr>
              <w:rPr>
                <w:rFonts w:ascii="Times New Roman" w:hAnsi="Times New Roman" w:cs="Times New Roman"/>
              </w:rPr>
            </w:pPr>
            <w:r w:rsidRPr="00657529">
              <w:rPr>
                <w:rFonts w:ascii="Times New Roman" w:hAnsi="Times New Roman" w:cs="Times New Roman"/>
              </w:rPr>
              <w:t>Participate and provide leadership for OHCE section of county fair and other competitive events. Committees plan, implement</w:t>
            </w:r>
            <w:r w:rsidR="0838F0CA" w:rsidRPr="00657529">
              <w:rPr>
                <w:rFonts w:ascii="Times New Roman" w:hAnsi="Times New Roman" w:cs="Times New Roman"/>
              </w:rPr>
              <w:t>,</w:t>
            </w:r>
            <w:r w:rsidRPr="00657529">
              <w:rPr>
                <w:rFonts w:ascii="Times New Roman" w:hAnsi="Times New Roman" w:cs="Times New Roman"/>
              </w:rPr>
              <w:t xml:space="preserve"> and evaluate these activities.</w:t>
            </w:r>
          </w:p>
        </w:tc>
        <w:tc>
          <w:tcPr>
            <w:tcW w:w="504" w:type="dxa"/>
          </w:tcPr>
          <w:p w14:paraId="2E3D063B" w14:textId="3C554B98" w:rsidR="00677EAE" w:rsidRPr="00657529" w:rsidRDefault="00677EAE" w:rsidP="00677EAE">
            <w:pPr>
              <w:rPr>
                <w:rFonts w:ascii="Times New Roman" w:hAnsi="Times New Roman" w:cs="Times New Roman"/>
              </w:rPr>
            </w:pPr>
            <w:r w:rsidRPr="00657529">
              <w:rPr>
                <w:rFonts w:ascii="Times New Roman" w:hAnsi="Times New Roman" w:cs="Times New Roman"/>
              </w:rPr>
              <w:t>6</w:t>
            </w:r>
          </w:p>
        </w:tc>
        <w:tc>
          <w:tcPr>
            <w:tcW w:w="4968" w:type="dxa"/>
          </w:tcPr>
          <w:p w14:paraId="18E606D3" w14:textId="0FCEE105" w:rsidR="00677EAE" w:rsidRPr="00657529" w:rsidRDefault="00677EAE" w:rsidP="00677EAE">
            <w:pPr>
              <w:rPr>
                <w:rFonts w:ascii="Times New Roman" w:hAnsi="Times New Roman" w:cs="Times New Roman"/>
              </w:rPr>
            </w:pPr>
            <w:r w:rsidRPr="00657529">
              <w:rPr>
                <w:rFonts w:ascii="Times New Roman" w:hAnsi="Times New Roman" w:cs="Times New Roman"/>
              </w:rPr>
              <w:t>Contacts and hosts judges of county fair and other competitive events. As advisor, assist in planning county fair with fair superintendents. Assist superintendents in fulfilling their roles.</w:t>
            </w:r>
          </w:p>
        </w:tc>
      </w:tr>
    </w:tbl>
    <w:p w14:paraId="3CF3ADF7" w14:textId="7AB0122F" w:rsidR="00C36BEA" w:rsidRPr="00657529" w:rsidRDefault="00C36BEA" w:rsidP="00677EAE">
      <w:pPr>
        <w:rPr>
          <w:rFonts w:ascii="Times New Roman" w:hAnsi="Times New Roman" w:cs="Times New Roman"/>
        </w:rPr>
      </w:pPr>
    </w:p>
    <w:sectPr w:rsidR="00C36BEA" w:rsidRPr="00657529" w:rsidSect="00D61265">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ek, Gina" w:date="2026-09-21T12:39:00Z" w:initials="GP">
    <w:p w14:paraId="3B924060" w14:textId="77777777" w:rsidR="003F4BB9" w:rsidRDefault="003F4BB9" w:rsidP="003F4BB9">
      <w:r>
        <w:rPr>
          <w:rStyle w:val="CommentReference"/>
        </w:rPr>
        <w:annotationRef/>
      </w:r>
      <w:r>
        <w:rPr>
          <w:sz w:val="20"/>
          <w:szCs w:val="20"/>
        </w:rPr>
        <w:t>Peek/Routh Zoom: what should this section say?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92406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C9746B" w16cex:dateUtc="2026-09-21T17: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924060" w16cid:durableId="0BC974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09710" w14:textId="77777777" w:rsidR="008A3E31" w:rsidRDefault="008A3E31" w:rsidP="003643FE">
      <w:pPr>
        <w:spacing w:after="0" w:line="240" w:lineRule="auto"/>
      </w:pPr>
      <w:r>
        <w:separator/>
      </w:r>
    </w:p>
  </w:endnote>
  <w:endnote w:type="continuationSeparator" w:id="0">
    <w:p w14:paraId="37D356DE" w14:textId="77777777" w:rsidR="008A3E31" w:rsidRDefault="008A3E31" w:rsidP="00364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4455232"/>
      <w:docPartObj>
        <w:docPartGallery w:val="Page Numbers (Bottom of Page)"/>
        <w:docPartUnique/>
      </w:docPartObj>
    </w:sdtPr>
    <w:sdtEndPr>
      <w:rPr>
        <w:rStyle w:val="PageNumber"/>
      </w:rPr>
    </w:sdtEndPr>
    <w:sdtContent>
      <w:p w14:paraId="02DBF6FB" w14:textId="225D1289" w:rsidR="002F0F2C" w:rsidRDefault="002F0F2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3CCCCDD" w14:textId="77777777" w:rsidR="002F0F2C" w:rsidRDefault="002F0F2C" w:rsidP="002F0F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000000" w:themeColor="text1"/>
      </w:rPr>
      <w:id w:val="1200204913"/>
      <w:docPartObj>
        <w:docPartGallery w:val="Page Numbers (Bottom of Page)"/>
        <w:docPartUnique/>
      </w:docPartObj>
    </w:sdtPr>
    <w:sdtEndPr>
      <w:rPr>
        <w:rStyle w:val="PageNumber"/>
      </w:rPr>
    </w:sdtEndPr>
    <w:sdtContent>
      <w:p w14:paraId="0ED84F9B" w14:textId="687654E2" w:rsidR="002F0F2C" w:rsidRPr="00AC2EBB" w:rsidRDefault="002F0F2C">
        <w:pPr>
          <w:pStyle w:val="Footer"/>
          <w:framePr w:wrap="none" w:vAnchor="text" w:hAnchor="margin" w:xAlign="right" w:y="1"/>
          <w:rPr>
            <w:rStyle w:val="PageNumber"/>
            <w:color w:val="000000" w:themeColor="text1"/>
          </w:rPr>
        </w:pPr>
        <w:r w:rsidRPr="00AC2EBB">
          <w:rPr>
            <w:rStyle w:val="PageNumber"/>
            <w:color w:val="000000" w:themeColor="text1"/>
          </w:rPr>
          <w:fldChar w:fldCharType="begin"/>
        </w:r>
        <w:r w:rsidRPr="00AC2EBB">
          <w:rPr>
            <w:rStyle w:val="PageNumber"/>
            <w:color w:val="000000" w:themeColor="text1"/>
          </w:rPr>
          <w:instrText xml:space="preserve"> PAGE </w:instrText>
        </w:r>
        <w:r w:rsidRPr="00AC2EBB">
          <w:rPr>
            <w:rStyle w:val="PageNumber"/>
            <w:color w:val="000000" w:themeColor="text1"/>
          </w:rPr>
          <w:fldChar w:fldCharType="separate"/>
        </w:r>
        <w:r w:rsidRPr="00AC2EBB">
          <w:rPr>
            <w:rStyle w:val="PageNumber"/>
            <w:noProof/>
            <w:color w:val="000000" w:themeColor="text1"/>
          </w:rPr>
          <w:t>7</w:t>
        </w:r>
        <w:r w:rsidRPr="00AC2EBB">
          <w:rPr>
            <w:rStyle w:val="PageNumber"/>
            <w:color w:val="000000" w:themeColor="text1"/>
          </w:rPr>
          <w:fldChar w:fldCharType="end"/>
        </w:r>
      </w:p>
    </w:sdtContent>
  </w:sdt>
  <w:p w14:paraId="5BC40E2C" w14:textId="4709D364" w:rsidR="003643FE" w:rsidRPr="00AC2EBB" w:rsidRDefault="003643FE" w:rsidP="002F0F2C">
    <w:pPr>
      <w:pStyle w:val="Heading1"/>
      <w:ind w:right="360"/>
      <w:rPr>
        <w:rFonts w:ascii="Times New Roman" w:hAnsi="Times New Roman" w:cs="Times New Roman"/>
        <w:b w:val="0"/>
        <w:bCs w:val="0"/>
        <w:color w:val="000000" w:themeColor="text1"/>
        <w:sz w:val="22"/>
        <w:szCs w:val="22"/>
      </w:rPr>
    </w:pPr>
    <w:r w:rsidRPr="00AC2EBB">
      <w:rPr>
        <w:rFonts w:ascii="Times New Roman" w:hAnsi="Times New Roman" w:cs="Times New Roman"/>
        <w:b w:val="0"/>
        <w:bCs w:val="0"/>
        <w:color w:val="000000" w:themeColor="text1"/>
        <w:sz w:val="22"/>
        <w:szCs w:val="22"/>
      </w:rPr>
      <w:t>Revised August 2021</w:t>
    </w:r>
    <w:r w:rsidR="00677EAE" w:rsidRPr="00AC2EBB">
      <w:rPr>
        <w:rFonts w:ascii="Times New Roman" w:hAnsi="Times New Roman" w:cs="Times New Roman"/>
        <w:b w:val="0"/>
        <w:bCs w:val="0"/>
        <w:color w:val="000000" w:themeColor="text1"/>
        <w:sz w:val="22"/>
        <w:szCs w:val="22"/>
      </w:rPr>
      <w:t xml:space="preserve">; </w:t>
    </w:r>
    <w:r w:rsidR="000C658E" w:rsidRPr="00AC2EBB">
      <w:rPr>
        <w:rFonts w:ascii="Times New Roman" w:hAnsi="Times New Roman" w:cs="Times New Roman"/>
        <w:b w:val="0"/>
        <w:bCs w:val="0"/>
        <w:color w:val="000000" w:themeColor="text1"/>
        <w:sz w:val="22"/>
        <w:szCs w:val="22"/>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D8DC0" w14:textId="77777777" w:rsidR="008A3E31" w:rsidRDefault="008A3E31" w:rsidP="003643FE">
      <w:pPr>
        <w:spacing w:after="0" w:line="240" w:lineRule="auto"/>
      </w:pPr>
      <w:r>
        <w:separator/>
      </w:r>
    </w:p>
  </w:footnote>
  <w:footnote w:type="continuationSeparator" w:id="0">
    <w:p w14:paraId="3981A519" w14:textId="77777777" w:rsidR="008A3E31" w:rsidRDefault="008A3E31" w:rsidP="00364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162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8EA3BB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CA66D35"/>
    <w:multiLevelType w:val="hybridMultilevel"/>
    <w:tmpl w:val="4C5A9960"/>
    <w:lvl w:ilvl="0" w:tplc="209A131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E6C726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22120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794500F"/>
    <w:multiLevelType w:val="hybridMultilevel"/>
    <w:tmpl w:val="C6BA7152"/>
    <w:lvl w:ilvl="0" w:tplc="7E586C76">
      <w:start w:val="4"/>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8244B5B"/>
    <w:multiLevelType w:val="hybridMultilevel"/>
    <w:tmpl w:val="B41E75E0"/>
    <w:lvl w:ilvl="0" w:tplc="0D3625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EE975E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3F06386"/>
    <w:multiLevelType w:val="hybridMultilevel"/>
    <w:tmpl w:val="ACA81A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E34B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6BF31E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A5302A"/>
    <w:multiLevelType w:val="hybridMultilevel"/>
    <w:tmpl w:val="15721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9A60D2"/>
    <w:multiLevelType w:val="hybridMultilevel"/>
    <w:tmpl w:val="ACA81A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D3756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F245D60"/>
    <w:multiLevelType w:val="hybridMultilevel"/>
    <w:tmpl w:val="C876CEE8"/>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D320AC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6C968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E1A2F3A"/>
    <w:multiLevelType w:val="hybridMultilevel"/>
    <w:tmpl w:val="B436124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03747A2"/>
    <w:multiLevelType w:val="hybridMultilevel"/>
    <w:tmpl w:val="ACA81A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7110BA"/>
    <w:multiLevelType w:val="hybridMultilevel"/>
    <w:tmpl w:val="C876CEE8"/>
    <w:lvl w:ilvl="0" w:tplc="FFFFFFFF">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5683558">
    <w:abstractNumId w:val="8"/>
  </w:num>
  <w:num w:numId="2" w16cid:durableId="1585719933">
    <w:abstractNumId w:val="6"/>
  </w:num>
  <w:num w:numId="3" w16cid:durableId="1613054942">
    <w:abstractNumId w:val="5"/>
  </w:num>
  <w:num w:numId="4" w16cid:durableId="698161265">
    <w:abstractNumId w:val="4"/>
  </w:num>
  <w:num w:numId="5" w16cid:durableId="1471434894">
    <w:abstractNumId w:val="7"/>
  </w:num>
  <w:num w:numId="6" w16cid:durableId="1951666484">
    <w:abstractNumId w:val="3"/>
  </w:num>
  <w:num w:numId="7" w16cid:durableId="992217006">
    <w:abstractNumId w:val="2"/>
  </w:num>
  <w:num w:numId="8" w16cid:durableId="1713994391">
    <w:abstractNumId w:val="1"/>
  </w:num>
  <w:num w:numId="9" w16cid:durableId="1482774582">
    <w:abstractNumId w:val="0"/>
  </w:num>
  <w:num w:numId="10" w16cid:durableId="2143694651">
    <w:abstractNumId w:val="20"/>
  </w:num>
  <w:num w:numId="11" w16cid:durableId="532573735">
    <w:abstractNumId w:val="16"/>
  </w:num>
  <w:num w:numId="12" w16cid:durableId="1516723860">
    <w:abstractNumId w:val="19"/>
  </w:num>
  <w:num w:numId="13" w16cid:durableId="1521433269">
    <w:abstractNumId w:val="9"/>
  </w:num>
  <w:num w:numId="14" w16cid:durableId="606741879">
    <w:abstractNumId w:val="10"/>
  </w:num>
  <w:num w:numId="15" w16cid:durableId="23101405">
    <w:abstractNumId w:val="12"/>
  </w:num>
  <w:num w:numId="16" w16cid:durableId="1742944708">
    <w:abstractNumId w:val="25"/>
  </w:num>
  <w:num w:numId="17" w16cid:durableId="1004361694">
    <w:abstractNumId w:val="22"/>
  </w:num>
  <w:num w:numId="18" w16cid:durableId="1495993401">
    <w:abstractNumId w:val="13"/>
  </w:num>
  <w:num w:numId="19" w16cid:durableId="1464544235">
    <w:abstractNumId w:val="18"/>
  </w:num>
  <w:num w:numId="20" w16cid:durableId="327100423">
    <w:abstractNumId w:val="24"/>
  </w:num>
  <w:num w:numId="21" w16cid:durableId="259724164">
    <w:abstractNumId w:val="26"/>
  </w:num>
  <w:num w:numId="22" w16cid:durableId="438763743">
    <w:abstractNumId w:val="14"/>
  </w:num>
  <w:num w:numId="23" w16cid:durableId="348290649">
    <w:abstractNumId w:val="28"/>
  </w:num>
  <w:num w:numId="24" w16cid:durableId="1879925775">
    <w:abstractNumId w:val="23"/>
  </w:num>
  <w:num w:numId="25" w16cid:durableId="332877824">
    <w:abstractNumId w:val="27"/>
  </w:num>
  <w:num w:numId="26" w16cid:durableId="1627618248">
    <w:abstractNumId w:val="17"/>
  </w:num>
  <w:num w:numId="27" w16cid:durableId="1976176947">
    <w:abstractNumId w:val="11"/>
  </w:num>
  <w:num w:numId="28" w16cid:durableId="45884407">
    <w:abstractNumId w:val="15"/>
  </w:num>
  <w:num w:numId="29" w16cid:durableId="88140506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ek, Gina">
    <w15:presenceInfo w15:providerId="AD" w15:userId="S::gina.peek@okstate.edu::94595c16-4b53-4e02-b0bc-ba98efd1ac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63"/>
    <w:rsid w:val="00012B02"/>
    <w:rsid w:val="00017E07"/>
    <w:rsid w:val="00034616"/>
    <w:rsid w:val="00057E7B"/>
    <w:rsid w:val="0006063C"/>
    <w:rsid w:val="000B0D2D"/>
    <w:rsid w:val="000B6484"/>
    <w:rsid w:val="000C658E"/>
    <w:rsid w:val="000C6CF2"/>
    <w:rsid w:val="00133D93"/>
    <w:rsid w:val="0015074B"/>
    <w:rsid w:val="00156907"/>
    <w:rsid w:val="001C6966"/>
    <w:rsid w:val="00203867"/>
    <w:rsid w:val="00205C54"/>
    <w:rsid w:val="002166AA"/>
    <w:rsid w:val="002267F0"/>
    <w:rsid w:val="0023416F"/>
    <w:rsid w:val="00277101"/>
    <w:rsid w:val="0029639D"/>
    <w:rsid w:val="002D2D94"/>
    <w:rsid w:val="002F04DE"/>
    <w:rsid w:val="002F0F2C"/>
    <w:rsid w:val="00306950"/>
    <w:rsid w:val="00326F90"/>
    <w:rsid w:val="0032785A"/>
    <w:rsid w:val="003643FE"/>
    <w:rsid w:val="00386FF6"/>
    <w:rsid w:val="003A0171"/>
    <w:rsid w:val="003B2356"/>
    <w:rsid w:val="003F4BB9"/>
    <w:rsid w:val="00410AC9"/>
    <w:rsid w:val="00411EAC"/>
    <w:rsid w:val="00425039"/>
    <w:rsid w:val="00427AE6"/>
    <w:rsid w:val="00437F88"/>
    <w:rsid w:val="004552CE"/>
    <w:rsid w:val="004831D1"/>
    <w:rsid w:val="004A1E3A"/>
    <w:rsid w:val="004A26D3"/>
    <w:rsid w:val="004C7819"/>
    <w:rsid w:val="004E2BA0"/>
    <w:rsid w:val="004E3322"/>
    <w:rsid w:val="00525C99"/>
    <w:rsid w:val="005803BB"/>
    <w:rsid w:val="00596131"/>
    <w:rsid w:val="005A09C5"/>
    <w:rsid w:val="005C4B2F"/>
    <w:rsid w:val="0062466B"/>
    <w:rsid w:val="00657529"/>
    <w:rsid w:val="0067130D"/>
    <w:rsid w:val="00673889"/>
    <w:rsid w:val="00677EAE"/>
    <w:rsid w:val="0068318C"/>
    <w:rsid w:val="00694F76"/>
    <w:rsid w:val="006C1249"/>
    <w:rsid w:val="006F2D3A"/>
    <w:rsid w:val="0072555B"/>
    <w:rsid w:val="00727BF5"/>
    <w:rsid w:val="00737133"/>
    <w:rsid w:val="0074405B"/>
    <w:rsid w:val="007963F6"/>
    <w:rsid w:val="007C0BC2"/>
    <w:rsid w:val="007C25A5"/>
    <w:rsid w:val="007D3AC6"/>
    <w:rsid w:val="007D42B8"/>
    <w:rsid w:val="007F6205"/>
    <w:rsid w:val="008036FA"/>
    <w:rsid w:val="00826DAC"/>
    <w:rsid w:val="00833F24"/>
    <w:rsid w:val="00845E9D"/>
    <w:rsid w:val="00866807"/>
    <w:rsid w:val="00871A30"/>
    <w:rsid w:val="008A3E31"/>
    <w:rsid w:val="008D58C6"/>
    <w:rsid w:val="008D6509"/>
    <w:rsid w:val="009126B1"/>
    <w:rsid w:val="009159FD"/>
    <w:rsid w:val="0091706A"/>
    <w:rsid w:val="00964D68"/>
    <w:rsid w:val="0097038C"/>
    <w:rsid w:val="009D69E6"/>
    <w:rsid w:val="009E52AE"/>
    <w:rsid w:val="009E72CB"/>
    <w:rsid w:val="009F2FCB"/>
    <w:rsid w:val="00A1006E"/>
    <w:rsid w:val="00A3490D"/>
    <w:rsid w:val="00A35F63"/>
    <w:rsid w:val="00A603E0"/>
    <w:rsid w:val="00A62F4D"/>
    <w:rsid w:val="00AA1D8D"/>
    <w:rsid w:val="00AC2EBB"/>
    <w:rsid w:val="00AF0A67"/>
    <w:rsid w:val="00B15750"/>
    <w:rsid w:val="00B26076"/>
    <w:rsid w:val="00B4562D"/>
    <w:rsid w:val="00B470DF"/>
    <w:rsid w:val="00B47730"/>
    <w:rsid w:val="00B64CC2"/>
    <w:rsid w:val="00BC01AA"/>
    <w:rsid w:val="00BC3CDF"/>
    <w:rsid w:val="00BC61E7"/>
    <w:rsid w:val="00BD5FF6"/>
    <w:rsid w:val="00C26482"/>
    <w:rsid w:val="00C36BEA"/>
    <w:rsid w:val="00C61585"/>
    <w:rsid w:val="00CA4883"/>
    <w:rsid w:val="00CB0664"/>
    <w:rsid w:val="00D3004F"/>
    <w:rsid w:val="00D32EA9"/>
    <w:rsid w:val="00D61265"/>
    <w:rsid w:val="00D92D2A"/>
    <w:rsid w:val="00DA50FF"/>
    <w:rsid w:val="00DD277E"/>
    <w:rsid w:val="00E3468E"/>
    <w:rsid w:val="00E70D5F"/>
    <w:rsid w:val="00E817ED"/>
    <w:rsid w:val="00E85CB9"/>
    <w:rsid w:val="00EB4EE1"/>
    <w:rsid w:val="00F0535A"/>
    <w:rsid w:val="00F21A81"/>
    <w:rsid w:val="00FC2577"/>
    <w:rsid w:val="00FC693F"/>
    <w:rsid w:val="00FE7101"/>
    <w:rsid w:val="00FF7B77"/>
    <w:rsid w:val="021E1882"/>
    <w:rsid w:val="036B32DD"/>
    <w:rsid w:val="0666E5F8"/>
    <w:rsid w:val="06C12917"/>
    <w:rsid w:val="06EBA474"/>
    <w:rsid w:val="0838F0CA"/>
    <w:rsid w:val="0BC41EEB"/>
    <w:rsid w:val="0C380780"/>
    <w:rsid w:val="0DFA435A"/>
    <w:rsid w:val="112CCD3F"/>
    <w:rsid w:val="116291D6"/>
    <w:rsid w:val="120751FE"/>
    <w:rsid w:val="121FC4B5"/>
    <w:rsid w:val="13AE3F4F"/>
    <w:rsid w:val="13C9F733"/>
    <w:rsid w:val="141F56C1"/>
    <w:rsid w:val="14B44405"/>
    <w:rsid w:val="154D4D8F"/>
    <w:rsid w:val="16A1405C"/>
    <w:rsid w:val="1BF77540"/>
    <w:rsid w:val="1E3499E8"/>
    <w:rsid w:val="207EC414"/>
    <w:rsid w:val="210538BE"/>
    <w:rsid w:val="231A554B"/>
    <w:rsid w:val="23880774"/>
    <w:rsid w:val="28057801"/>
    <w:rsid w:val="28828FBC"/>
    <w:rsid w:val="289C1CC0"/>
    <w:rsid w:val="28E500BD"/>
    <w:rsid w:val="29278518"/>
    <w:rsid w:val="29AA2100"/>
    <w:rsid w:val="2AFC07AD"/>
    <w:rsid w:val="2B7E9195"/>
    <w:rsid w:val="2DC36AA9"/>
    <w:rsid w:val="2F7DCD9A"/>
    <w:rsid w:val="30BF8DC2"/>
    <w:rsid w:val="35D6CAD4"/>
    <w:rsid w:val="368F8B98"/>
    <w:rsid w:val="38E23393"/>
    <w:rsid w:val="390268B8"/>
    <w:rsid w:val="3AE8D033"/>
    <w:rsid w:val="3E00BEC7"/>
    <w:rsid w:val="3E982713"/>
    <w:rsid w:val="3EE987A0"/>
    <w:rsid w:val="40141503"/>
    <w:rsid w:val="4039906F"/>
    <w:rsid w:val="42C90E18"/>
    <w:rsid w:val="4313C25A"/>
    <w:rsid w:val="435053A1"/>
    <w:rsid w:val="47B61E18"/>
    <w:rsid w:val="48438903"/>
    <w:rsid w:val="48D4480B"/>
    <w:rsid w:val="49774034"/>
    <w:rsid w:val="499ACFC1"/>
    <w:rsid w:val="49B7F0D1"/>
    <w:rsid w:val="4B1BDC58"/>
    <w:rsid w:val="4B67E1A3"/>
    <w:rsid w:val="4C14D81F"/>
    <w:rsid w:val="4E93A0D5"/>
    <w:rsid w:val="4FA7C235"/>
    <w:rsid w:val="51F77E62"/>
    <w:rsid w:val="54897BF0"/>
    <w:rsid w:val="5AEB59CB"/>
    <w:rsid w:val="5CA22CCC"/>
    <w:rsid w:val="5D0084A2"/>
    <w:rsid w:val="62089625"/>
    <w:rsid w:val="65132D11"/>
    <w:rsid w:val="65777F94"/>
    <w:rsid w:val="68C5B903"/>
    <w:rsid w:val="69F90653"/>
    <w:rsid w:val="6C7D15AB"/>
    <w:rsid w:val="6EE7D22A"/>
    <w:rsid w:val="6F3C63ED"/>
    <w:rsid w:val="6FD43E98"/>
    <w:rsid w:val="71619185"/>
    <w:rsid w:val="730F0B9B"/>
    <w:rsid w:val="73867CC3"/>
    <w:rsid w:val="76FE2F0D"/>
    <w:rsid w:val="79C1A3AE"/>
    <w:rsid w:val="7C2AF8DF"/>
    <w:rsid w:val="7C427B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E5206E"/>
  <w14:defaultImageDpi w14:val="300"/>
  <w15:docId w15:val="{AF0E779D-8947-BE44-9D6D-DE5D6270B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2F0F2C"/>
  </w:style>
  <w:style w:type="paragraph" w:styleId="Revision">
    <w:name w:val="Revision"/>
    <w:hidden/>
    <w:uiPriority w:val="99"/>
    <w:semiHidden/>
    <w:rsid w:val="00D32EA9"/>
    <w:pPr>
      <w:spacing w:after="0" w:line="240" w:lineRule="auto"/>
    </w:pPr>
  </w:style>
  <w:style w:type="character" w:styleId="CommentReference">
    <w:name w:val="annotation reference"/>
    <w:basedOn w:val="DefaultParagraphFont"/>
    <w:uiPriority w:val="99"/>
    <w:semiHidden/>
    <w:unhideWhenUsed/>
    <w:rsid w:val="00FF7B77"/>
    <w:rPr>
      <w:sz w:val="16"/>
      <w:szCs w:val="16"/>
    </w:rPr>
  </w:style>
  <w:style w:type="paragraph" w:styleId="CommentText">
    <w:name w:val="annotation text"/>
    <w:basedOn w:val="Normal"/>
    <w:link w:val="CommentTextChar"/>
    <w:uiPriority w:val="99"/>
    <w:semiHidden/>
    <w:unhideWhenUsed/>
    <w:rsid w:val="00FF7B77"/>
    <w:pPr>
      <w:spacing w:line="240" w:lineRule="auto"/>
    </w:pPr>
    <w:rPr>
      <w:sz w:val="20"/>
      <w:szCs w:val="20"/>
    </w:rPr>
  </w:style>
  <w:style w:type="character" w:customStyle="1" w:styleId="CommentTextChar">
    <w:name w:val="Comment Text Char"/>
    <w:basedOn w:val="DefaultParagraphFont"/>
    <w:link w:val="CommentText"/>
    <w:uiPriority w:val="99"/>
    <w:semiHidden/>
    <w:rsid w:val="00FF7B77"/>
    <w:rPr>
      <w:sz w:val="20"/>
      <w:szCs w:val="20"/>
    </w:rPr>
  </w:style>
  <w:style w:type="paragraph" w:styleId="CommentSubject">
    <w:name w:val="annotation subject"/>
    <w:basedOn w:val="CommentText"/>
    <w:next w:val="CommentText"/>
    <w:link w:val="CommentSubjectChar"/>
    <w:uiPriority w:val="99"/>
    <w:semiHidden/>
    <w:unhideWhenUsed/>
    <w:rsid w:val="00FF7B77"/>
    <w:rPr>
      <w:b/>
      <w:bCs/>
    </w:rPr>
  </w:style>
  <w:style w:type="character" w:customStyle="1" w:styleId="CommentSubjectChar">
    <w:name w:val="Comment Subject Char"/>
    <w:basedOn w:val="CommentTextChar"/>
    <w:link w:val="CommentSubject"/>
    <w:uiPriority w:val="99"/>
    <w:semiHidden/>
    <w:rsid w:val="00FF7B77"/>
    <w:rPr>
      <w:b/>
      <w:bCs/>
      <w:sz w:val="20"/>
      <w:szCs w:val="20"/>
    </w:rPr>
  </w:style>
  <w:style w:type="paragraph" w:styleId="NormalWeb">
    <w:name w:val="Normal (Web)"/>
    <w:basedOn w:val="Normal"/>
    <w:uiPriority w:val="99"/>
    <w:unhideWhenUsed/>
    <w:rsid w:val="00964D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BB7CA23B735F45A2B499DBA370FE7F" ma:contentTypeVersion="12" ma:contentTypeDescription="Create a new document." ma:contentTypeScope="" ma:versionID="259f70b5e34d1f97cf796b7749d04f7f">
  <xsd:schema xmlns:xsd="http://www.w3.org/2001/XMLSchema" xmlns:xs="http://www.w3.org/2001/XMLSchema" xmlns:p="http://schemas.microsoft.com/office/2006/metadata/properties" xmlns:ns2="333fd162-369a-4850-8d7b-16aeaa794114" targetNamespace="http://schemas.microsoft.com/office/2006/metadata/properties" ma:root="true" ma:fieldsID="b68a0a92152f8cc3ddecd4c74bfacb94" ns2:_="">
    <xsd:import namespace="333fd162-369a-4850-8d7b-16aeaa7941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fd162-369a-4850-8d7b-16aeaa794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E235DD-471F-409B-8898-0E4C80F939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67C4E7-41A1-49F4-9CED-0E742D405709}">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69BD7366-8976-4912-A938-045ECB66F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3fd162-369a-4850-8d7b-16aeaa7941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2142</Words>
  <Characters>12214</Characters>
  <Application>Microsoft Office Word</Application>
  <DocSecurity>0</DocSecurity>
  <Lines>101</Lines>
  <Paragraphs>28</Paragraphs>
  <ScaleCrop>false</ScaleCrop>
  <Manager/>
  <Company/>
  <LinksUpToDate>false</LinksUpToDate>
  <CharactersWithSpaces>14328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Tadajewski, Hallie</cp:lastModifiedBy>
  <cp:revision>66</cp:revision>
  <dcterms:created xsi:type="dcterms:W3CDTF">2025-12-18T20:37:00Z</dcterms:created>
  <dcterms:modified xsi:type="dcterms:W3CDTF">2026-10-09T18:47:00Z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0x01010016BB7CA23B735F45A2B499DBA370FE7F</vt:lpwstr>
  </property>
</Properties>
</file>